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E93C7" w14:textId="4EF7B968" w:rsidR="00E92840" w:rsidRDefault="000E2BE4">
      <w:pPr>
        <w:spacing w:after="40" w:line="259" w:lineRule="auto"/>
        <w:jc w:val="center"/>
      </w:pPr>
      <w:r>
        <w:rPr>
          <w:b/>
          <w:bCs/>
          <w:noProof/>
        </w:rPr>
        <w:drawing>
          <wp:anchor distT="0" distB="0" distL="114300" distR="114300" simplePos="0" relativeHeight="251658240" behindDoc="0" locked="0" layoutInCell="1" allowOverlap="1" wp14:anchorId="0961E44D" wp14:editId="30DAFD4F">
            <wp:simplePos x="0" y="0"/>
            <wp:positionH relativeFrom="margin">
              <wp:posOffset>76200</wp:posOffset>
            </wp:positionH>
            <wp:positionV relativeFrom="paragraph">
              <wp:posOffset>0</wp:posOffset>
            </wp:positionV>
            <wp:extent cx="1270000" cy="835025"/>
            <wp:effectExtent l="0" t="0" r="6350" b="3175"/>
            <wp:wrapSquare wrapText="bothSides"/>
            <wp:docPr id="1699212373" name="Picture 1"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12373" name="Picture 1" descr="A black background with blue and purpl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0000" cy="835025"/>
                    </a:xfrm>
                    <a:prstGeom prst="rect">
                      <a:avLst/>
                    </a:prstGeom>
                  </pic:spPr>
                </pic:pic>
              </a:graphicData>
            </a:graphic>
            <wp14:sizeRelH relativeFrom="margin">
              <wp14:pctWidth>0</wp14:pctWidth>
            </wp14:sizeRelH>
            <wp14:sizeRelV relativeFrom="margin">
              <wp14:pctHeight>0</wp14:pctHeight>
            </wp14:sizeRelV>
          </wp:anchor>
        </w:drawing>
      </w:r>
      <w:r w:rsidR="00AE39B7">
        <w:rPr>
          <w:b/>
          <w:color w:val="0B7A7E"/>
          <w:sz w:val="22"/>
        </w:rPr>
        <w:t>BONUS TOOL</w:t>
      </w:r>
    </w:p>
    <w:p w14:paraId="03F805E0" w14:textId="3E57F250" w:rsidR="00E92840" w:rsidRDefault="00AE39B7">
      <w:pPr>
        <w:spacing w:after="40"/>
        <w:jc w:val="center"/>
      </w:pPr>
      <w:r>
        <w:rPr>
          <w:b/>
          <w:color w:val="5B2C83"/>
          <w:sz w:val="64"/>
        </w:rPr>
        <w:t>Town Meeting Agendas</w:t>
      </w:r>
    </w:p>
    <w:p w14:paraId="5D0607EA" w14:textId="2F81064F" w:rsidR="00E92840" w:rsidRDefault="00137C87">
      <w:pPr>
        <w:jc w:val="center"/>
      </w:pPr>
      <w:r w:rsidRPr="00137C87">
        <w:drawing>
          <wp:anchor distT="0" distB="0" distL="114300" distR="114300" simplePos="0" relativeHeight="251657216" behindDoc="0" locked="0" layoutInCell="1" allowOverlap="1" wp14:anchorId="61CEA769" wp14:editId="151D9B25">
            <wp:simplePos x="0" y="0"/>
            <wp:positionH relativeFrom="column">
              <wp:posOffset>-1905</wp:posOffset>
            </wp:positionH>
            <wp:positionV relativeFrom="paragraph">
              <wp:posOffset>416560</wp:posOffset>
            </wp:positionV>
            <wp:extent cx="6638290" cy="2528570"/>
            <wp:effectExtent l="0" t="0" r="0" b="5080"/>
            <wp:wrapSquare wrapText="bothSides"/>
            <wp:docPr id="1905647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290" cy="2528570"/>
                    </a:xfrm>
                    <a:prstGeom prst="rect">
                      <a:avLst/>
                    </a:prstGeom>
                    <a:noFill/>
                    <a:ln>
                      <a:noFill/>
                    </a:ln>
                  </pic:spPr>
                </pic:pic>
              </a:graphicData>
            </a:graphic>
          </wp:anchor>
        </w:drawing>
      </w:r>
      <w:r w:rsidR="00AE39B7">
        <w:rPr>
          <w:i/>
          <w:color w:val="0B7A7E"/>
          <w:sz w:val="26"/>
        </w:rPr>
        <w:t>A simple adult-only planning guide for bringing your village together</w:t>
      </w:r>
    </w:p>
    <w:p w14:paraId="4B6A75EC" w14:textId="3DC64BA1" w:rsidR="00E92840" w:rsidRDefault="00E92840">
      <w:pPr>
        <w:rPr>
          <w:noProof/>
        </w:rPr>
      </w:pPr>
    </w:p>
    <w:tbl>
      <w:tblPr>
        <w:tblW w:w="0" w:type="auto"/>
        <w:jc w:val="center"/>
        <w:tblLook w:val="04A0" w:firstRow="1" w:lastRow="0" w:firstColumn="1" w:lastColumn="0" w:noHBand="0" w:noVBand="1"/>
      </w:tblPr>
      <w:tblGrid>
        <w:gridCol w:w="10424"/>
      </w:tblGrid>
      <w:tr w:rsidR="00E92840" w14:paraId="4C7A610A" w14:textId="77777777">
        <w:trPr>
          <w:jc w:val="center"/>
        </w:trPr>
        <w:tc>
          <w:tcPr>
            <w:tcW w:w="10454" w:type="dxa"/>
            <w:tcBorders>
              <w:top w:val="single" w:sz="12" w:space="0" w:color="0B7A7E"/>
              <w:left w:val="single" w:sz="12" w:space="0" w:color="0B7A7E"/>
              <w:bottom w:val="single" w:sz="12" w:space="0" w:color="0B7A7E"/>
              <w:right w:val="single" w:sz="12" w:space="0" w:color="0B7A7E"/>
            </w:tcBorders>
            <w:shd w:val="clear" w:color="auto" w:fill="EAF7F7"/>
          </w:tcPr>
          <w:p w14:paraId="4E3AB760" w14:textId="77777777" w:rsidR="00E92840" w:rsidRPr="00137C87" w:rsidRDefault="00AE39B7">
            <w:pPr>
              <w:spacing w:after="40"/>
              <w:rPr>
                <w:sz w:val="28"/>
                <w:szCs w:val="32"/>
              </w:rPr>
            </w:pPr>
            <w:r w:rsidRPr="00137C87">
              <w:rPr>
                <w:b/>
                <w:color w:val="5B2C83"/>
                <w:sz w:val="32"/>
                <w:szCs w:val="32"/>
              </w:rPr>
              <w:t>Use this bonus tool when...</w:t>
            </w:r>
          </w:p>
          <w:p w14:paraId="3D99B325" w14:textId="77777777" w:rsidR="00E92840" w:rsidRDefault="00AE39B7">
            <w:pPr>
              <w:spacing w:after="0" w:line="252" w:lineRule="auto"/>
            </w:pPr>
            <w:r w:rsidRPr="00137C87">
              <w:rPr>
                <w:sz w:val="24"/>
                <w:szCs w:val="32"/>
              </w:rPr>
              <w:t>Your teen is struggling and the adults around them are divided, distant, blaming each other, or unsure what to do next. The goal is not to hold therapy. The goal is to bring the adults together, lower the chaos, and create a united plan</w:t>
            </w:r>
            <w:r>
              <w:rPr>
                <w:sz w:val="19"/>
              </w:rPr>
              <w:t>.</w:t>
            </w:r>
          </w:p>
        </w:tc>
      </w:tr>
    </w:tbl>
    <w:p w14:paraId="0DE9AB3B" w14:textId="77777777" w:rsidR="00E92840" w:rsidRDefault="00E92840">
      <w:pPr>
        <w:spacing w:after="60" w:line="259" w:lineRule="auto"/>
      </w:pPr>
    </w:p>
    <w:p w14:paraId="585AADCE" w14:textId="77777777" w:rsidR="00E92840" w:rsidRDefault="00AE39B7">
      <w:pPr>
        <w:spacing w:before="140" w:after="100"/>
      </w:pPr>
      <w:r>
        <w:rPr>
          <w:b/>
          <w:color w:val="0B7A7E"/>
          <w:sz w:val="28"/>
        </w:rPr>
        <w:t>Quick Start: The Three-Part Process</w:t>
      </w:r>
    </w:p>
    <w:tbl>
      <w:tblPr>
        <w:tblW w:w="0" w:type="auto"/>
        <w:jc w:val="center"/>
        <w:tblLook w:val="04A0" w:firstRow="1" w:lastRow="0" w:firstColumn="1" w:lastColumn="0" w:noHBand="0" w:noVBand="1"/>
      </w:tblPr>
      <w:tblGrid>
        <w:gridCol w:w="3476"/>
        <w:gridCol w:w="3476"/>
        <w:gridCol w:w="3476"/>
      </w:tblGrid>
      <w:tr w:rsidR="00E92840" w14:paraId="187E2486" w14:textId="77777777">
        <w:trPr>
          <w:jc w:val="center"/>
        </w:trPr>
        <w:tc>
          <w:tcPr>
            <w:tcW w:w="3485" w:type="dxa"/>
            <w:tcBorders>
              <w:top w:val="single" w:sz="10" w:space="0" w:color="0B7A7E"/>
              <w:left w:val="single" w:sz="10" w:space="0" w:color="0B7A7E"/>
              <w:bottom w:val="single" w:sz="10" w:space="0" w:color="0B7A7E"/>
              <w:right w:val="single" w:sz="10" w:space="0" w:color="0B7A7E"/>
            </w:tcBorders>
            <w:shd w:val="clear" w:color="auto" w:fill="EAF7F7"/>
            <w:vAlign w:val="center"/>
          </w:tcPr>
          <w:p w14:paraId="29CA9A98" w14:textId="77777777" w:rsidR="00E92840" w:rsidRPr="00137C87" w:rsidRDefault="00AE39B7">
            <w:pPr>
              <w:rPr>
                <w:sz w:val="24"/>
                <w:szCs w:val="28"/>
              </w:rPr>
            </w:pPr>
            <w:r w:rsidRPr="00137C87">
              <w:rPr>
                <w:b/>
                <w:color w:val="0B7A7E"/>
                <w:sz w:val="24"/>
                <w:szCs w:val="28"/>
              </w:rPr>
              <w:t>1. Invite your village</w:t>
            </w:r>
          </w:p>
          <w:p w14:paraId="5C997C21" w14:textId="77777777" w:rsidR="00E92840" w:rsidRPr="00137C87" w:rsidRDefault="00AE39B7">
            <w:pPr>
              <w:spacing w:after="0" w:line="252" w:lineRule="auto"/>
              <w:rPr>
                <w:sz w:val="24"/>
                <w:szCs w:val="28"/>
              </w:rPr>
            </w:pPr>
            <w:r w:rsidRPr="00137C87">
              <w:rPr>
                <w:sz w:val="24"/>
                <w:szCs w:val="28"/>
              </w:rPr>
              <w:t>Use the short call script to invite key adults. Keep the focus on helping your teen, not rehashing old conflict.</w:t>
            </w:r>
          </w:p>
        </w:tc>
        <w:tc>
          <w:tcPr>
            <w:tcW w:w="3485" w:type="dxa"/>
            <w:tcBorders>
              <w:top w:val="single" w:sz="10" w:space="0" w:color="5B2C83"/>
              <w:left w:val="single" w:sz="10" w:space="0" w:color="5B2C83"/>
              <w:bottom w:val="single" w:sz="10" w:space="0" w:color="5B2C83"/>
              <w:right w:val="single" w:sz="10" w:space="0" w:color="5B2C83"/>
            </w:tcBorders>
            <w:shd w:val="clear" w:color="auto" w:fill="F3EDF8"/>
            <w:vAlign w:val="center"/>
          </w:tcPr>
          <w:p w14:paraId="073BDFB3" w14:textId="77777777" w:rsidR="00E92840" w:rsidRPr="00137C87" w:rsidRDefault="00AE39B7">
            <w:pPr>
              <w:rPr>
                <w:sz w:val="24"/>
                <w:szCs w:val="28"/>
              </w:rPr>
            </w:pPr>
            <w:r w:rsidRPr="00137C87">
              <w:rPr>
                <w:b/>
                <w:color w:val="5B2C83"/>
                <w:sz w:val="24"/>
                <w:szCs w:val="28"/>
              </w:rPr>
              <w:t>2. First Town Meeting</w:t>
            </w:r>
          </w:p>
          <w:p w14:paraId="1F01841C" w14:textId="77777777" w:rsidR="00E92840" w:rsidRPr="00137C87" w:rsidRDefault="00AE39B7">
            <w:pPr>
              <w:spacing w:after="0" w:line="252" w:lineRule="auto"/>
              <w:rPr>
                <w:sz w:val="24"/>
                <w:szCs w:val="28"/>
              </w:rPr>
            </w:pPr>
            <w:r w:rsidRPr="00137C87">
              <w:rPr>
                <w:sz w:val="24"/>
                <w:szCs w:val="28"/>
              </w:rPr>
              <w:t>Adults meet first. Review ground rules, name the main problems, list what has and has not worked, and pick priorities.</w:t>
            </w:r>
          </w:p>
        </w:tc>
        <w:tc>
          <w:tcPr>
            <w:tcW w:w="3485" w:type="dxa"/>
            <w:tcBorders>
              <w:top w:val="single" w:sz="10" w:space="0" w:color="E79A18"/>
              <w:left w:val="single" w:sz="10" w:space="0" w:color="E79A18"/>
              <w:bottom w:val="single" w:sz="10" w:space="0" w:color="E79A18"/>
              <w:right w:val="single" w:sz="10" w:space="0" w:color="E79A18"/>
            </w:tcBorders>
            <w:shd w:val="clear" w:color="auto" w:fill="FFF4E2"/>
            <w:vAlign w:val="center"/>
          </w:tcPr>
          <w:p w14:paraId="1835F4D9" w14:textId="77777777" w:rsidR="00E92840" w:rsidRPr="00137C87" w:rsidRDefault="00AE39B7">
            <w:pPr>
              <w:rPr>
                <w:sz w:val="24"/>
                <w:szCs w:val="28"/>
              </w:rPr>
            </w:pPr>
            <w:r w:rsidRPr="00137C87">
              <w:rPr>
                <w:b/>
                <w:color w:val="E79A18"/>
                <w:sz w:val="24"/>
                <w:szCs w:val="28"/>
              </w:rPr>
              <w:t>3. Second Town Meeting</w:t>
            </w:r>
          </w:p>
          <w:p w14:paraId="68FEF807" w14:textId="77777777" w:rsidR="00E92840" w:rsidRPr="00137C87" w:rsidRDefault="00AE39B7">
            <w:pPr>
              <w:spacing w:after="0" w:line="252" w:lineRule="auto"/>
              <w:rPr>
                <w:sz w:val="24"/>
                <w:szCs w:val="28"/>
              </w:rPr>
            </w:pPr>
            <w:r w:rsidRPr="00137C87">
              <w:rPr>
                <w:sz w:val="24"/>
                <w:szCs w:val="28"/>
              </w:rPr>
              <w:t>Review a draft plan or contract, clarify each person’s role, and decide when and how to present it to your teen.</w:t>
            </w:r>
          </w:p>
        </w:tc>
      </w:tr>
    </w:tbl>
    <w:p w14:paraId="3A4BE572" w14:textId="77777777" w:rsidR="00E92840" w:rsidRDefault="00E92840">
      <w:pPr>
        <w:spacing w:after="0" w:line="259" w:lineRule="auto"/>
      </w:pPr>
    </w:p>
    <w:tbl>
      <w:tblPr>
        <w:tblW w:w="0" w:type="auto"/>
        <w:jc w:val="center"/>
        <w:tblLook w:val="04A0" w:firstRow="1" w:lastRow="0" w:firstColumn="1" w:lastColumn="0" w:noHBand="0" w:noVBand="1"/>
      </w:tblPr>
      <w:tblGrid>
        <w:gridCol w:w="10424"/>
      </w:tblGrid>
      <w:tr w:rsidR="00E92840" w14:paraId="2B96A187" w14:textId="77777777">
        <w:trPr>
          <w:jc w:val="center"/>
        </w:trPr>
        <w:tc>
          <w:tcPr>
            <w:tcW w:w="10454" w:type="dxa"/>
            <w:tcBorders>
              <w:top w:val="single" w:sz="12" w:space="0" w:color="5B2C83"/>
              <w:left w:val="single" w:sz="12" w:space="0" w:color="5B2C83"/>
              <w:bottom w:val="single" w:sz="12" w:space="0" w:color="5B2C83"/>
              <w:right w:val="single" w:sz="12" w:space="0" w:color="5B2C83"/>
            </w:tcBorders>
            <w:shd w:val="clear" w:color="auto" w:fill="F3EDF8"/>
          </w:tcPr>
          <w:p w14:paraId="0CAE2C2C" w14:textId="77777777" w:rsidR="00E92840" w:rsidRPr="00137C87" w:rsidRDefault="00AE39B7">
            <w:pPr>
              <w:spacing w:after="40"/>
              <w:rPr>
                <w:sz w:val="28"/>
                <w:szCs w:val="32"/>
              </w:rPr>
            </w:pPr>
            <w:r w:rsidRPr="00137C87">
              <w:rPr>
                <w:b/>
                <w:color w:val="5B2C83"/>
                <w:sz w:val="32"/>
                <w:szCs w:val="32"/>
              </w:rPr>
              <w:t>Book connection</w:t>
            </w:r>
          </w:p>
          <w:p w14:paraId="10E13ABA" w14:textId="32020ECA" w:rsidR="00E92840" w:rsidRDefault="00AE39B7">
            <w:pPr>
              <w:spacing w:after="0" w:line="252" w:lineRule="auto"/>
            </w:pPr>
            <w:r w:rsidRPr="00137C87">
              <w:rPr>
                <w:sz w:val="24"/>
                <w:szCs w:val="32"/>
              </w:rPr>
              <w:t xml:space="preserve">This manual is designed as a companion to Strategy 3 in Parenting Your Out-of-Control Teenager. The book gives the full teaching; this </w:t>
            </w:r>
            <w:r w:rsidR="00137C87">
              <w:rPr>
                <w:sz w:val="24"/>
                <w:szCs w:val="32"/>
              </w:rPr>
              <w:t xml:space="preserve">Word Document </w:t>
            </w:r>
            <w:r w:rsidRPr="00137C87">
              <w:rPr>
                <w:sz w:val="24"/>
                <w:szCs w:val="32"/>
              </w:rPr>
              <w:t>gives you blank agendas and a simple structure you can use right away.</w:t>
            </w:r>
            <w:r w:rsidR="00137C87">
              <w:rPr>
                <w:sz w:val="24"/>
                <w:szCs w:val="32"/>
              </w:rPr>
              <w:t xml:space="preserve"> Watch the Bonus Village Video to See a Sample Village Meeting in Action as a visual illustration</w:t>
            </w:r>
          </w:p>
        </w:tc>
      </w:tr>
    </w:tbl>
    <w:p w14:paraId="4CBF751C" w14:textId="77777777" w:rsidR="00E92840" w:rsidRDefault="00E92840">
      <w:pPr>
        <w:spacing w:after="60" w:line="259" w:lineRule="auto"/>
      </w:pPr>
    </w:p>
    <w:p w14:paraId="310AD259" w14:textId="6A3CCF00" w:rsidR="00766F00" w:rsidRDefault="00766F00" w:rsidP="00766F00">
      <w:pPr>
        <w:tabs>
          <w:tab w:val="left" w:pos="7280"/>
        </w:tabs>
        <w:rPr>
          <w:rFonts w:ascii="Aptos Display" w:hAnsi="Aptos Display"/>
          <w:b/>
          <w:color w:val="5B2C83"/>
          <w:sz w:val="38"/>
        </w:rPr>
      </w:pPr>
      <w:r>
        <w:rPr>
          <w:rFonts w:ascii="Aptos Display" w:hAnsi="Aptos Display"/>
          <w:b/>
          <w:color w:val="5B2C83"/>
          <w:sz w:val="38"/>
        </w:rPr>
        <w:tab/>
      </w:r>
    </w:p>
    <w:p w14:paraId="67FC8E6F" w14:textId="07347FF2" w:rsidR="00E92840" w:rsidRDefault="00AE39B7" w:rsidP="00766F00">
      <w:pPr>
        <w:tabs>
          <w:tab w:val="left" w:pos="7280"/>
        </w:tabs>
      </w:pPr>
      <w:r w:rsidRPr="00766F00">
        <w:br w:type="page"/>
      </w:r>
      <w:r w:rsidR="00766F00">
        <w:lastRenderedPageBreak/>
        <w:tab/>
      </w:r>
    </w:p>
    <w:p w14:paraId="2B16794C" w14:textId="77777777" w:rsidR="006A0F65" w:rsidRDefault="006A0F65" w:rsidP="006A0F65">
      <w:pPr>
        <w:spacing w:before="200" w:after="80"/>
      </w:pPr>
      <w:r>
        <w:rPr>
          <w:rFonts w:ascii="Aptos Display" w:hAnsi="Aptos Display"/>
          <w:b/>
          <w:color w:val="5B2C83"/>
          <w:sz w:val="38"/>
        </w:rPr>
        <w:t>Step 1: Map Your Village</w:t>
      </w:r>
    </w:p>
    <w:p w14:paraId="18382CFB" w14:textId="77777777" w:rsidR="006A0F65" w:rsidRPr="006A0F65" w:rsidRDefault="006A0F65" w:rsidP="006A0F65">
      <w:pPr>
        <w:spacing w:after="100" w:line="259" w:lineRule="auto"/>
        <w:rPr>
          <w:sz w:val="28"/>
          <w:szCs w:val="32"/>
        </w:rPr>
      </w:pPr>
      <w:r w:rsidRPr="006A0F65">
        <w:rPr>
          <w:sz w:val="28"/>
          <w:szCs w:val="32"/>
        </w:rPr>
        <w:t>A village is any person or institution outside your immediate family that could help you support your teen. This may include extended family, friends, neighbors, school staff, counselors, probation, child welfare, houses of worship, mentors, or coaches.</w:t>
      </w:r>
    </w:p>
    <w:tbl>
      <w:tblPr>
        <w:tblW w:w="0" w:type="auto"/>
        <w:jc w:val="center"/>
        <w:tblLook w:val="04A0" w:firstRow="1" w:lastRow="0" w:firstColumn="1" w:lastColumn="0" w:noHBand="0" w:noVBand="1"/>
      </w:tblPr>
      <w:tblGrid>
        <w:gridCol w:w="10424"/>
      </w:tblGrid>
      <w:tr w:rsidR="006A0F65" w:rsidRPr="006A0F65" w14:paraId="3EB6310B" w14:textId="77777777" w:rsidTr="002F6060">
        <w:trPr>
          <w:jc w:val="center"/>
        </w:trPr>
        <w:tc>
          <w:tcPr>
            <w:tcW w:w="10454" w:type="dxa"/>
            <w:tcBorders>
              <w:top w:val="single" w:sz="12" w:space="0" w:color="0B7A7E"/>
              <w:left w:val="single" w:sz="12" w:space="0" w:color="0B7A7E"/>
              <w:bottom w:val="single" w:sz="12" w:space="0" w:color="0B7A7E"/>
              <w:right w:val="single" w:sz="12" w:space="0" w:color="0B7A7E"/>
            </w:tcBorders>
            <w:shd w:val="clear" w:color="auto" w:fill="EAF7F7"/>
            <w:tcMar>
              <w:top w:w="150" w:type="dxa"/>
              <w:left w:w="170" w:type="dxa"/>
              <w:bottom w:w="150" w:type="dxa"/>
              <w:right w:w="170" w:type="dxa"/>
            </w:tcMar>
            <w:vAlign w:val="center"/>
          </w:tcPr>
          <w:p w14:paraId="3E2260E4" w14:textId="77777777" w:rsidR="006A0F65" w:rsidRPr="006A0F65" w:rsidRDefault="006A0F65" w:rsidP="002F6060">
            <w:pPr>
              <w:spacing w:after="40" w:line="252" w:lineRule="auto"/>
              <w:rPr>
                <w:sz w:val="28"/>
                <w:szCs w:val="32"/>
              </w:rPr>
            </w:pPr>
            <w:r w:rsidRPr="006A0F65">
              <w:rPr>
                <w:b/>
                <w:color w:val="5B2C83"/>
                <w:sz w:val="32"/>
                <w:szCs w:val="32"/>
              </w:rPr>
              <w:t>Why this matters</w:t>
            </w:r>
          </w:p>
          <w:p w14:paraId="47EBDE26" w14:textId="77777777" w:rsidR="006A0F65" w:rsidRPr="006A0F65" w:rsidRDefault="006A0F65" w:rsidP="002F6060">
            <w:pPr>
              <w:spacing w:after="0" w:line="259" w:lineRule="auto"/>
              <w:rPr>
                <w:sz w:val="28"/>
                <w:szCs w:val="32"/>
              </w:rPr>
            </w:pPr>
            <w:r w:rsidRPr="006A0F65">
              <w:rPr>
                <w:sz w:val="24"/>
                <w:szCs w:val="32"/>
              </w:rPr>
              <w:t>Isolation fuels out-of-control behavior. A written map helps you see who is already helping, who might help if asked, and who may be weakening your authority or dividing the adults.</w:t>
            </w:r>
          </w:p>
        </w:tc>
      </w:tr>
    </w:tbl>
    <w:p w14:paraId="6E8459A5" w14:textId="77777777" w:rsidR="006A0F65" w:rsidRDefault="006A0F65" w:rsidP="006A0F65">
      <w:pPr>
        <w:spacing w:after="40" w:line="259" w:lineRule="auto"/>
      </w:pPr>
    </w:p>
    <w:p w14:paraId="6670094C" w14:textId="77777777" w:rsidR="006A0F65" w:rsidRPr="006A0F65" w:rsidRDefault="006A0F65" w:rsidP="006A0F65">
      <w:pPr>
        <w:spacing w:before="120" w:after="80"/>
        <w:rPr>
          <w:sz w:val="28"/>
          <w:szCs w:val="32"/>
        </w:rPr>
      </w:pPr>
      <w:r w:rsidRPr="006A0F65">
        <w:rPr>
          <w:rFonts w:ascii="Aptos Display" w:hAnsi="Aptos Display"/>
          <w:b/>
          <w:color w:val="0B7A7E"/>
          <w:sz w:val="36"/>
          <w:szCs w:val="32"/>
        </w:rPr>
        <w:t>My Village Map</w:t>
      </w:r>
    </w:p>
    <w:tbl>
      <w:tblPr>
        <w:tblW w:w="0" w:type="auto"/>
        <w:jc w:val="center"/>
        <w:tblLook w:val="04A0" w:firstRow="1" w:lastRow="0" w:firstColumn="1" w:lastColumn="0" w:noHBand="0" w:noVBand="1"/>
      </w:tblPr>
      <w:tblGrid>
        <w:gridCol w:w="3478"/>
        <w:gridCol w:w="3478"/>
        <w:gridCol w:w="3478"/>
      </w:tblGrid>
      <w:tr w:rsidR="006A0F65" w:rsidRPr="006A0F65" w14:paraId="45534067" w14:textId="77777777" w:rsidTr="002F6060">
        <w:trPr>
          <w:jc w:val="center"/>
        </w:trPr>
        <w:tc>
          <w:tcPr>
            <w:tcW w:w="3485" w:type="dxa"/>
            <w:tcBorders>
              <w:top w:val="single" w:sz="8" w:space="0" w:color="0B7A7E"/>
              <w:left w:val="single" w:sz="8" w:space="0" w:color="0B7A7E"/>
              <w:bottom w:val="single" w:sz="8" w:space="0" w:color="0B7A7E"/>
              <w:right w:val="single" w:sz="8" w:space="0" w:color="0B7A7E"/>
            </w:tcBorders>
            <w:shd w:val="clear" w:color="auto" w:fill="0B7A7E"/>
            <w:tcMar>
              <w:top w:w="90" w:type="dxa"/>
              <w:left w:w="100" w:type="dxa"/>
              <w:bottom w:w="90" w:type="dxa"/>
              <w:right w:w="100" w:type="dxa"/>
            </w:tcMar>
            <w:vAlign w:val="center"/>
          </w:tcPr>
          <w:p w14:paraId="73219A46" w14:textId="77777777" w:rsidR="006A0F65" w:rsidRPr="006A0F65" w:rsidRDefault="006A0F65" w:rsidP="002F6060">
            <w:pPr>
              <w:spacing w:after="0" w:line="252" w:lineRule="auto"/>
              <w:jc w:val="center"/>
              <w:rPr>
                <w:sz w:val="28"/>
                <w:szCs w:val="32"/>
              </w:rPr>
            </w:pPr>
            <w:r w:rsidRPr="006A0F65">
              <w:rPr>
                <w:b/>
                <w:color w:val="FFFFFF"/>
                <w:sz w:val="22"/>
                <w:szCs w:val="32"/>
              </w:rPr>
              <w:t>Presently supportive</w:t>
            </w:r>
            <w:r w:rsidRPr="006A0F65">
              <w:rPr>
                <w:b/>
                <w:color w:val="FFFFFF"/>
                <w:sz w:val="22"/>
                <w:szCs w:val="32"/>
              </w:rPr>
              <w:br/>
              <w:t>Who already helps?</w:t>
            </w:r>
          </w:p>
        </w:tc>
        <w:tc>
          <w:tcPr>
            <w:tcW w:w="3485" w:type="dxa"/>
            <w:tcBorders>
              <w:top w:val="single" w:sz="8" w:space="0" w:color="5B2C83"/>
              <w:left w:val="single" w:sz="8" w:space="0" w:color="5B2C83"/>
              <w:bottom w:val="single" w:sz="8" w:space="0" w:color="5B2C83"/>
              <w:right w:val="single" w:sz="8" w:space="0" w:color="5B2C83"/>
            </w:tcBorders>
            <w:shd w:val="clear" w:color="auto" w:fill="5B2C83"/>
            <w:tcMar>
              <w:top w:w="90" w:type="dxa"/>
              <w:left w:w="100" w:type="dxa"/>
              <w:bottom w:w="90" w:type="dxa"/>
              <w:right w:w="100" w:type="dxa"/>
            </w:tcMar>
            <w:vAlign w:val="center"/>
          </w:tcPr>
          <w:p w14:paraId="6B285E52" w14:textId="77777777" w:rsidR="006A0F65" w:rsidRPr="006A0F65" w:rsidRDefault="006A0F65" w:rsidP="002F6060">
            <w:pPr>
              <w:spacing w:after="0" w:line="252" w:lineRule="auto"/>
              <w:jc w:val="center"/>
              <w:rPr>
                <w:sz w:val="28"/>
                <w:szCs w:val="32"/>
              </w:rPr>
            </w:pPr>
            <w:r w:rsidRPr="006A0F65">
              <w:rPr>
                <w:b/>
                <w:color w:val="FFFFFF"/>
                <w:sz w:val="22"/>
                <w:szCs w:val="32"/>
              </w:rPr>
              <w:t>Potentially supportive</w:t>
            </w:r>
            <w:r w:rsidRPr="006A0F65">
              <w:rPr>
                <w:b/>
                <w:color w:val="FFFFFF"/>
                <w:sz w:val="22"/>
                <w:szCs w:val="32"/>
              </w:rPr>
              <w:br/>
              <w:t>Who might help if asked?</w:t>
            </w:r>
          </w:p>
        </w:tc>
        <w:tc>
          <w:tcPr>
            <w:tcW w:w="3485" w:type="dxa"/>
            <w:tcBorders>
              <w:top w:val="single" w:sz="8" w:space="0" w:color="E79A18"/>
              <w:left w:val="single" w:sz="8" w:space="0" w:color="E79A18"/>
              <w:bottom w:val="single" w:sz="8" w:space="0" w:color="E79A18"/>
              <w:right w:val="single" w:sz="8" w:space="0" w:color="E79A18"/>
            </w:tcBorders>
            <w:shd w:val="clear" w:color="auto" w:fill="E79A18"/>
            <w:tcMar>
              <w:top w:w="90" w:type="dxa"/>
              <w:left w:w="100" w:type="dxa"/>
              <w:bottom w:w="90" w:type="dxa"/>
              <w:right w:w="100" w:type="dxa"/>
            </w:tcMar>
            <w:vAlign w:val="center"/>
          </w:tcPr>
          <w:p w14:paraId="06B76967" w14:textId="77777777" w:rsidR="006A0F65" w:rsidRPr="006A0F65" w:rsidRDefault="006A0F65" w:rsidP="002F6060">
            <w:pPr>
              <w:spacing w:after="0" w:line="252" w:lineRule="auto"/>
              <w:jc w:val="center"/>
              <w:rPr>
                <w:sz w:val="28"/>
                <w:szCs w:val="32"/>
              </w:rPr>
            </w:pPr>
            <w:r w:rsidRPr="006A0F65">
              <w:rPr>
                <w:b/>
                <w:color w:val="FFFFFF"/>
                <w:sz w:val="22"/>
                <w:szCs w:val="32"/>
              </w:rPr>
              <w:t>Not supportive / undermining</w:t>
            </w:r>
            <w:r w:rsidRPr="006A0F65">
              <w:rPr>
                <w:b/>
                <w:color w:val="FFFFFF"/>
                <w:sz w:val="22"/>
                <w:szCs w:val="32"/>
              </w:rPr>
              <w:br/>
              <w:t>Who weakens the plan?</w:t>
            </w:r>
          </w:p>
        </w:tc>
      </w:tr>
      <w:tr w:rsidR="006A0F65" w:rsidRPr="006A0F65" w14:paraId="0B8B02C2" w14:textId="77777777" w:rsidTr="002F6060">
        <w:trPr>
          <w:jc w:val="center"/>
        </w:trPr>
        <w:tc>
          <w:tcPr>
            <w:tcW w:w="3485" w:type="dxa"/>
            <w:tcBorders>
              <w:top w:val="single" w:sz="5" w:space="0" w:color="D7E4E6"/>
              <w:left w:val="single" w:sz="5" w:space="0" w:color="D7E4E6"/>
              <w:bottom w:val="single" w:sz="5" w:space="0" w:color="D7E4E6"/>
              <w:right w:val="single" w:sz="5" w:space="0" w:color="D7E4E6"/>
            </w:tcBorders>
            <w:shd w:val="clear" w:color="auto" w:fill="F8FCFC"/>
            <w:tcMar>
              <w:top w:w="90" w:type="dxa"/>
              <w:left w:w="100" w:type="dxa"/>
              <w:bottom w:w="90" w:type="dxa"/>
              <w:right w:w="100" w:type="dxa"/>
            </w:tcMar>
            <w:vAlign w:val="center"/>
          </w:tcPr>
          <w:p w14:paraId="25DA7ACC"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BF8FD"/>
            <w:tcMar>
              <w:top w:w="90" w:type="dxa"/>
              <w:left w:w="100" w:type="dxa"/>
              <w:bottom w:w="90" w:type="dxa"/>
              <w:right w:w="100" w:type="dxa"/>
            </w:tcMar>
            <w:vAlign w:val="center"/>
          </w:tcPr>
          <w:p w14:paraId="49A5B39C"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FFBF3"/>
            <w:tcMar>
              <w:top w:w="90" w:type="dxa"/>
              <w:left w:w="100" w:type="dxa"/>
              <w:bottom w:w="90" w:type="dxa"/>
              <w:right w:w="100" w:type="dxa"/>
            </w:tcMar>
            <w:vAlign w:val="center"/>
          </w:tcPr>
          <w:p w14:paraId="74E836CB" w14:textId="77777777" w:rsidR="006A0F65" w:rsidRPr="006A0F65" w:rsidRDefault="006A0F65" w:rsidP="002F6060">
            <w:pPr>
              <w:spacing w:after="0" w:line="252" w:lineRule="auto"/>
              <w:rPr>
                <w:sz w:val="28"/>
                <w:szCs w:val="32"/>
              </w:rPr>
            </w:pPr>
            <w:r w:rsidRPr="006A0F65">
              <w:rPr>
                <w:sz w:val="22"/>
                <w:szCs w:val="32"/>
              </w:rPr>
              <w:t>• ___________________________</w:t>
            </w:r>
          </w:p>
        </w:tc>
      </w:tr>
      <w:tr w:rsidR="006A0F65" w:rsidRPr="006A0F65" w14:paraId="04B97F9C" w14:textId="77777777" w:rsidTr="002F6060">
        <w:trPr>
          <w:jc w:val="center"/>
        </w:trPr>
        <w:tc>
          <w:tcPr>
            <w:tcW w:w="3485" w:type="dxa"/>
            <w:tcBorders>
              <w:top w:val="single" w:sz="5" w:space="0" w:color="D7E4E6"/>
              <w:left w:val="single" w:sz="5" w:space="0" w:color="D7E4E6"/>
              <w:bottom w:val="single" w:sz="5" w:space="0" w:color="D7E4E6"/>
              <w:right w:val="single" w:sz="5" w:space="0" w:color="D7E4E6"/>
            </w:tcBorders>
            <w:shd w:val="clear" w:color="auto" w:fill="F8FCFC"/>
            <w:tcMar>
              <w:top w:w="90" w:type="dxa"/>
              <w:left w:w="100" w:type="dxa"/>
              <w:bottom w:w="90" w:type="dxa"/>
              <w:right w:w="100" w:type="dxa"/>
            </w:tcMar>
            <w:vAlign w:val="center"/>
          </w:tcPr>
          <w:p w14:paraId="6EF58D70"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BF8FD"/>
            <w:tcMar>
              <w:top w:w="90" w:type="dxa"/>
              <w:left w:w="100" w:type="dxa"/>
              <w:bottom w:w="90" w:type="dxa"/>
              <w:right w:w="100" w:type="dxa"/>
            </w:tcMar>
            <w:vAlign w:val="center"/>
          </w:tcPr>
          <w:p w14:paraId="5D3FEE08"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FFBF3"/>
            <w:tcMar>
              <w:top w:w="90" w:type="dxa"/>
              <w:left w:w="100" w:type="dxa"/>
              <w:bottom w:w="90" w:type="dxa"/>
              <w:right w:w="100" w:type="dxa"/>
            </w:tcMar>
            <w:vAlign w:val="center"/>
          </w:tcPr>
          <w:p w14:paraId="789B9BEB" w14:textId="77777777" w:rsidR="006A0F65" w:rsidRPr="006A0F65" w:rsidRDefault="006A0F65" w:rsidP="002F6060">
            <w:pPr>
              <w:spacing w:after="0" w:line="252" w:lineRule="auto"/>
              <w:rPr>
                <w:sz w:val="28"/>
                <w:szCs w:val="32"/>
              </w:rPr>
            </w:pPr>
            <w:r w:rsidRPr="006A0F65">
              <w:rPr>
                <w:sz w:val="22"/>
                <w:szCs w:val="32"/>
              </w:rPr>
              <w:t>• ___________________________</w:t>
            </w:r>
          </w:p>
        </w:tc>
      </w:tr>
      <w:tr w:rsidR="006A0F65" w:rsidRPr="006A0F65" w14:paraId="22FAB4CD" w14:textId="77777777" w:rsidTr="002F6060">
        <w:trPr>
          <w:jc w:val="center"/>
        </w:trPr>
        <w:tc>
          <w:tcPr>
            <w:tcW w:w="3485" w:type="dxa"/>
            <w:tcBorders>
              <w:top w:val="single" w:sz="5" w:space="0" w:color="D7E4E6"/>
              <w:left w:val="single" w:sz="5" w:space="0" w:color="D7E4E6"/>
              <w:bottom w:val="single" w:sz="5" w:space="0" w:color="D7E4E6"/>
              <w:right w:val="single" w:sz="5" w:space="0" w:color="D7E4E6"/>
            </w:tcBorders>
            <w:shd w:val="clear" w:color="auto" w:fill="F8FCFC"/>
            <w:tcMar>
              <w:top w:w="90" w:type="dxa"/>
              <w:left w:w="100" w:type="dxa"/>
              <w:bottom w:w="90" w:type="dxa"/>
              <w:right w:w="100" w:type="dxa"/>
            </w:tcMar>
            <w:vAlign w:val="center"/>
          </w:tcPr>
          <w:p w14:paraId="5B613340"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BF8FD"/>
            <w:tcMar>
              <w:top w:w="90" w:type="dxa"/>
              <w:left w:w="100" w:type="dxa"/>
              <w:bottom w:w="90" w:type="dxa"/>
              <w:right w:w="100" w:type="dxa"/>
            </w:tcMar>
            <w:vAlign w:val="center"/>
          </w:tcPr>
          <w:p w14:paraId="3AF80534"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FFBF3"/>
            <w:tcMar>
              <w:top w:w="90" w:type="dxa"/>
              <w:left w:w="100" w:type="dxa"/>
              <w:bottom w:w="90" w:type="dxa"/>
              <w:right w:w="100" w:type="dxa"/>
            </w:tcMar>
            <w:vAlign w:val="center"/>
          </w:tcPr>
          <w:p w14:paraId="57EC6565" w14:textId="77777777" w:rsidR="006A0F65" w:rsidRPr="006A0F65" w:rsidRDefault="006A0F65" w:rsidP="002F6060">
            <w:pPr>
              <w:spacing w:after="0" w:line="252" w:lineRule="auto"/>
              <w:rPr>
                <w:sz w:val="28"/>
                <w:szCs w:val="32"/>
              </w:rPr>
            </w:pPr>
            <w:r w:rsidRPr="006A0F65">
              <w:rPr>
                <w:sz w:val="22"/>
                <w:szCs w:val="32"/>
              </w:rPr>
              <w:t>• ___________________________</w:t>
            </w:r>
          </w:p>
        </w:tc>
      </w:tr>
      <w:tr w:rsidR="006A0F65" w:rsidRPr="006A0F65" w14:paraId="42BF4D86" w14:textId="77777777" w:rsidTr="002F6060">
        <w:trPr>
          <w:jc w:val="center"/>
        </w:trPr>
        <w:tc>
          <w:tcPr>
            <w:tcW w:w="3485" w:type="dxa"/>
            <w:tcBorders>
              <w:top w:val="single" w:sz="5" w:space="0" w:color="D7E4E6"/>
              <w:left w:val="single" w:sz="5" w:space="0" w:color="D7E4E6"/>
              <w:bottom w:val="single" w:sz="5" w:space="0" w:color="D7E4E6"/>
              <w:right w:val="single" w:sz="5" w:space="0" w:color="D7E4E6"/>
            </w:tcBorders>
            <w:shd w:val="clear" w:color="auto" w:fill="F8FCFC"/>
            <w:tcMar>
              <w:top w:w="90" w:type="dxa"/>
              <w:left w:w="100" w:type="dxa"/>
              <w:bottom w:w="90" w:type="dxa"/>
              <w:right w:w="100" w:type="dxa"/>
            </w:tcMar>
            <w:vAlign w:val="center"/>
          </w:tcPr>
          <w:p w14:paraId="06F6DF8A"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BF8FD"/>
            <w:tcMar>
              <w:top w:w="90" w:type="dxa"/>
              <w:left w:w="100" w:type="dxa"/>
              <w:bottom w:w="90" w:type="dxa"/>
              <w:right w:w="100" w:type="dxa"/>
            </w:tcMar>
            <w:vAlign w:val="center"/>
          </w:tcPr>
          <w:p w14:paraId="47EA540D"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FFBF3"/>
            <w:tcMar>
              <w:top w:w="90" w:type="dxa"/>
              <w:left w:w="100" w:type="dxa"/>
              <w:bottom w:w="90" w:type="dxa"/>
              <w:right w:w="100" w:type="dxa"/>
            </w:tcMar>
            <w:vAlign w:val="center"/>
          </w:tcPr>
          <w:p w14:paraId="03A742EE" w14:textId="77777777" w:rsidR="006A0F65" w:rsidRPr="006A0F65" w:rsidRDefault="006A0F65" w:rsidP="002F6060">
            <w:pPr>
              <w:spacing w:after="0" w:line="252" w:lineRule="auto"/>
              <w:rPr>
                <w:sz w:val="28"/>
                <w:szCs w:val="32"/>
              </w:rPr>
            </w:pPr>
            <w:r w:rsidRPr="006A0F65">
              <w:rPr>
                <w:sz w:val="22"/>
                <w:szCs w:val="32"/>
              </w:rPr>
              <w:t>• ___________________________</w:t>
            </w:r>
          </w:p>
        </w:tc>
      </w:tr>
      <w:tr w:rsidR="006A0F65" w:rsidRPr="006A0F65" w14:paraId="7797B96B" w14:textId="77777777" w:rsidTr="002F6060">
        <w:trPr>
          <w:jc w:val="center"/>
        </w:trPr>
        <w:tc>
          <w:tcPr>
            <w:tcW w:w="3485" w:type="dxa"/>
            <w:tcBorders>
              <w:top w:val="single" w:sz="5" w:space="0" w:color="D7E4E6"/>
              <w:left w:val="single" w:sz="5" w:space="0" w:color="D7E4E6"/>
              <w:bottom w:val="single" w:sz="5" w:space="0" w:color="D7E4E6"/>
              <w:right w:val="single" w:sz="5" w:space="0" w:color="D7E4E6"/>
            </w:tcBorders>
            <w:shd w:val="clear" w:color="auto" w:fill="F8FCFC"/>
            <w:tcMar>
              <w:top w:w="90" w:type="dxa"/>
              <w:left w:w="100" w:type="dxa"/>
              <w:bottom w:w="90" w:type="dxa"/>
              <w:right w:w="100" w:type="dxa"/>
            </w:tcMar>
            <w:vAlign w:val="center"/>
          </w:tcPr>
          <w:p w14:paraId="400DD5D6"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BF8FD"/>
            <w:tcMar>
              <w:top w:w="90" w:type="dxa"/>
              <w:left w:w="100" w:type="dxa"/>
              <w:bottom w:w="90" w:type="dxa"/>
              <w:right w:w="100" w:type="dxa"/>
            </w:tcMar>
            <w:vAlign w:val="center"/>
          </w:tcPr>
          <w:p w14:paraId="6DD14982" w14:textId="77777777" w:rsidR="006A0F65" w:rsidRPr="006A0F65" w:rsidRDefault="006A0F65" w:rsidP="002F6060">
            <w:pPr>
              <w:spacing w:after="0" w:line="252" w:lineRule="auto"/>
              <w:rPr>
                <w:sz w:val="28"/>
                <w:szCs w:val="32"/>
              </w:rPr>
            </w:pPr>
            <w:r w:rsidRPr="006A0F65">
              <w:rPr>
                <w:sz w:val="22"/>
                <w:szCs w:val="32"/>
              </w:rPr>
              <w:t>• ___________________________</w:t>
            </w:r>
          </w:p>
        </w:tc>
        <w:tc>
          <w:tcPr>
            <w:tcW w:w="3485" w:type="dxa"/>
            <w:tcBorders>
              <w:top w:val="single" w:sz="5" w:space="0" w:color="D7E4E6"/>
              <w:left w:val="single" w:sz="5" w:space="0" w:color="D7E4E6"/>
              <w:bottom w:val="single" w:sz="5" w:space="0" w:color="D7E4E6"/>
              <w:right w:val="single" w:sz="5" w:space="0" w:color="D7E4E6"/>
            </w:tcBorders>
            <w:shd w:val="clear" w:color="auto" w:fill="FFFBF3"/>
            <w:tcMar>
              <w:top w:w="90" w:type="dxa"/>
              <w:left w:w="100" w:type="dxa"/>
              <w:bottom w:w="90" w:type="dxa"/>
              <w:right w:w="100" w:type="dxa"/>
            </w:tcMar>
            <w:vAlign w:val="center"/>
          </w:tcPr>
          <w:p w14:paraId="10FDE71B" w14:textId="77777777" w:rsidR="006A0F65" w:rsidRPr="006A0F65" w:rsidRDefault="006A0F65" w:rsidP="002F6060">
            <w:pPr>
              <w:spacing w:after="0" w:line="252" w:lineRule="auto"/>
              <w:rPr>
                <w:sz w:val="28"/>
                <w:szCs w:val="32"/>
              </w:rPr>
            </w:pPr>
            <w:r w:rsidRPr="006A0F65">
              <w:rPr>
                <w:sz w:val="22"/>
                <w:szCs w:val="32"/>
              </w:rPr>
              <w:t>• ___________________________</w:t>
            </w:r>
          </w:p>
        </w:tc>
      </w:tr>
    </w:tbl>
    <w:p w14:paraId="12B12A12" w14:textId="77777777" w:rsidR="006A0F65" w:rsidRPr="006A0F65" w:rsidRDefault="006A0F65" w:rsidP="006A0F65">
      <w:pPr>
        <w:spacing w:before="120" w:after="80"/>
        <w:rPr>
          <w:sz w:val="28"/>
          <w:szCs w:val="32"/>
        </w:rPr>
      </w:pPr>
      <w:r w:rsidRPr="006A0F65">
        <w:rPr>
          <w:rFonts w:ascii="Aptos Display" w:hAnsi="Aptos Display"/>
          <w:b/>
          <w:color w:val="0B7A7E"/>
          <w:sz w:val="36"/>
          <w:szCs w:val="32"/>
        </w:rPr>
        <w:t>Possible Villagers to Consider</w:t>
      </w:r>
    </w:p>
    <w:p w14:paraId="31A7B31B" w14:textId="77777777" w:rsidR="006A0F65" w:rsidRPr="006A0F65" w:rsidRDefault="006A0F65" w:rsidP="006A0F65">
      <w:pPr>
        <w:spacing w:after="40" w:line="259" w:lineRule="auto"/>
        <w:rPr>
          <w:sz w:val="28"/>
          <w:szCs w:val="32"/>
        </w:rPr>
      </w:pPr>
      <w:r w:rsidRPr="006A0F65">
        <w:rPr>
          <w:sz w:val="24"/>
          <w:szCs w:val="32"/>
        </w:rPr>
        <w:t xml:space="preserve">□ Spouse, co-parent, ex-spouse, </w:t>
      </w:r>
      <w:proofErr w:type="gramStart"/>
      <w:r w:rsidRPr="006A0F65">
        <w:rPr>
          <w:sz w:val="24"/>
          <w:szCs w:val="32"/>
        </w:rPr>
        <w:t>step-parent</w:t>
      </w:r>
      <w:proofErr w:type="gramEnd"/>
      <w:r w:rsidRPr="006A0F65">
        <w:rPr>
          <w:sz w:val="24"/>
          <w:szCs w:val="32"/>
        </w:rPr>
        <w:t>, or significant other</w:t>
      </w:r>
    </w:p>
    <w:p w14:paraId="098EDFFD" w14:textId="77777777" w:rsidR="006A0F65" w:rsidRPr="006A0F65" w:rsidRDefault="006A0F65" w:rsidP="006A0F65">
      <w:pPr>
        <w:spacing w:after="40" w:line="259" w:lineRule="auto"/>
        <w:rPr>
          <w:sz w:val="28"/>
          <w:szCs w:val="32"/>
        </w:rPr>
      </w:pPr>
      <w:r w:rsidRPr="006A0F65">
        <w:rPr>
          <w:sz w:val="24"/>
          <w:szCs w:val="32"/>
        </w:rPr>
        <w:t>□ Grandparents, aunts, uncles, cousins, adult siblings, or family friends</w:t>
      </w:r>
    </w:p>
    <w:p w14:paraId="4933A3D5" w14:textId="77777777" w:rsidR="006A0F65" w:rsidRPr="006A0F65" w:rsidRDefault="006A0F65" w:rsidP="006A0F65">
      <w:pPr>
        <w:spacing w:after="40" w:line="259" w:lineRule="auto"/>
        <w:rPr>
          <w:sz w:val="28"/>
          <w:szCs w:val="32"/>
        </w:rPr>
      </w:pPr>
      <w:r w:rsidRPr="006A0F65">
        <w:rPr>
          <w:sz w:val="24"/>
          <w:szCs w:val="32"/>
        </w:rPr>
        <w:t>□ Neighbors, mentors, coaches, pastors, youth leaders, or trusted adults</w:t>
      </w:r>
    </w:p>
    <w:p w14:paraId="5D2101B0" w14:textId="77777777" w:rsidR="006A0F65" w:rsidRPr="006A0F65" w:rsidRDefault="006A0F65" w:rsidP="006A0F65">
      <w:pPr>
        <w:spacing w:after="40" w:line="259" w:lineRule="auto"/>
        <w:rPr>
          <w:sz w:val="28"/>
          <w:szCs w:val="32"/>
        </w:rPr>
      </w:pPr>
      <w:r w:rsidRPr="006A0F65">
        <w:rPr>
          <w:sz w:val="24"/>
          <w:szCs w:val="32"/>
        </w:rPr>
        <w:t>□ School counselor, teacher, principal, IEP team, or attendance staff</w:t>
      </w:r>
    </w:p>
    <w:p w14:paraId="564A9893" w14:textId="2EF3CEEC" w:rsidR="006A0F65" w:rsidRDefault="006A0F65" w:rsidP="006A0F65">
      <w:pPr>
        <w:spacing w:after="40" w:line="259" w:lineRule="auto"/>
        <w:rPr>
          <w:sz w:val="24"/>
          <w:szCs w:val="32"/>
        </w:rPr>
      </w:pPr>
      <w:r w:rsidRPr="006A0F65">
        <w:rPr>
          <w:sz w:val="24"/>
          <w:szCs w:val="32"/>
        </w:rPr>
        <w:t>□ Therapist, parent coach, residential program, probation officer, CPS worker, or police liaison</w:t>
      </w:r>
    </w:p>
    <w:p w14:paraId="2E03C3BD" w14:textId="77777777" w:rsidR="006A0F65" w:rsidRPr="006A0F65" w:rsidRDefault="006A0F65" w:rsidP="006A0F65">
      <w:pPr>
        <w:spacing w:after="40" w:line="259" w:lineRule="auto"/>
        <w:rPr>
          <w:sz w:val="28"/>
          <w:szCs w:val="32"/>
        </w:rPr>
      </w:pPr>
    </w:p>
    <w:tbl>
      <w:tblPr>
        <w:tblW w:w="0" w:type="auto"/>
        <w:jc w:val="center"/>
        <w:tblLook w:val="04A0" w:firstRow="1" w:lastRow="0" w:firstColumn="1" w:lastColumn="0" w:noHBand="0" w:noVBand="1"/>
      </w:tblPr>
      <w:tblGrid>
        <w:gridCol w:w="10424"/>
      </w:tblGrid>
      <w:tr w:rsidR="006A0F65" w:rsidRPr="006A0F65" w14:paraId="349A2A5B" w14:textId="77777777" w:rsidTr="002F6060">
        <w:trPr>
          <w:jc w:val="center"/>
        </w:trPr>
        <w:tc>
          <w:tcPr>
            <w:tcW w:w="10454" w:type="dxa"/>
            <w:tcBorders>
              <w:top w:val="single" w:sz="12" w:space="0" w:color="E79A18"/>
              <w:left w:val="single" w:sz="12" w:space="0" w:color="E79A18"/>
              <w:bottom w:val="single" w:sz="12" w:space="0" w:color="E79A18"/>
              <w:right w:val="single" w:sz="12" w:space="0" w:color="E79A18"/>
            </w:tcBorders>
            <w:shd w:val="clear" w:color="auto" w:fill="FFF4E2"/>
            <w:tcMar>
              <w:top w:w="150" w:type="dxa"/>
              <w:left w:w="170" w:type="dxa"/>
              <w:bottom w:w="150" w:type="dxa"/>
              <w:right w:w="170" w:type="dxa"/>
            </w:tcMar>
            <w:vAlign w:val="center"/>
          </w:tcPr>
          <w:p w14:paraId="06CC1EDD" w14:textId="77777777" w:rsidR="006A0F65" w:rsidRPr="006A0F65" w:rsidRDefault="006A0F65" w:rsidP="002F6060">
            <w:pPr>
              <w:spacing w:after="40" w:line="252" w:lineRule="auto"/>
              <w:rPr>
                <w:sz w:val="28"/>
                <w:szCs w:val="32"/>
              </w:rPr>
            </w:pPr>
            <w:r w:rsidRPr="006A0F65">
              <w:rPr>
                <w:b/>
                <w:color w:val="5B2C83"/>
                <w:sz w:val="32"/>
                <w:szCs w:val="32"/>
              </w:rPr>
              <w:t>Keep the first ask simple</w:t>
            </w:r>
          </w:p>
          <w:p w14:paraId="5FC8C77F" w14:textId="77777777" w:rsidR="006A0F65" w:rsidRPr="006A0F65" w:rsidRDefault="006A0F65" w:rsidP="002F6060">
            <w:pPr>
              <w:spacing w:after="0" w:line="259" w:lineRule="auto"/>
              <w:rPr>
                <w:sz w:val="28"/>
                <w:szCs w:val="32"/>
              </w:rPr>
            </w:pPr>
            <w:r w:rsidRPr="006A0F65">
              <w:rPr>
                <w:sz w:val="24"/>
                <w:szCs w:val="32"/>
              </w:rPr>
              <w:t>Do not try to solve the whole problem on the invitation call. Your first goal is only to ask for help and send the agenda ahead of time.</w:t>
            </w:r>
          </w:p>
        </w:tc>
      </w:tr>
    </w:tbl>
    <w:p w14:paraId="1957A905" w14:textId="77777777" w:rsidR="006A0F65" w:rsidRDefault="006A0F65" w:rsidP="006A0F65">
      <w:pPr>
        <w:spacing w:after="40" w:line="259" w:lineRule="auto"/>
      </w:pPr>
    </w:p>
    <w:p w14:paraId="52FBF4FD" w14:textId="77777777" w:rsidR="006A0F65" w:rsidRDefault="006A0F65" w:rsidP="006A0F65">
      <w:pPr>
        <w:spacing w:after="100" w:line="259" w:lineRule="auto"/>
      </w:pPr>
    </w:p>
    <w:p w14:paraId="26F27563" w14:textId="77777777" w:rsidR="006A0F65" w:rsidRDefault="006A0F65" w:rsidP="006A0F65">
      <w:r>
        <w:br w:type="page"/>
      </w:r>
    </w:p>
    <w:p w14:paraId="3E8E2AE3" w14:textId="77777777" w:rsidR="006A0F65" w:rsidRDefault="006A0F65" w:rsidP="006A0F65">
      <w:pPr>
        <w:spacing w:before="200" w:after="80"/>
      </w:pPr>
      <w:r>
        <w:rPr>
          <w:rFonts w:ascii="Aptos Display" w:hAnsi="Aptos Display"/>
          <w:b/>
          <w:color w:val="5B2C83"/>
          <w:sz w:val="38"/>
        </w:rPr>
        <w:lastRenderedPageBreak/>
        <w:t>Step 2: Invite Your Village</w:t>
      </w:r>
    </w:p>
    <w:p w14:paraId="6F100AB9" w14:textId="77777777" w:rsidR="006A0F65" w:rsidRPr="006A0F65" w:rsidRDefault="006A0F65" w:rsidP="006A0F65">
      <w:pPr>
        <w:spacing w:after="100" w:line="259" w:lineRule="auto"/>
        <w:rPr>
          <w:sz w:val="24"/>
          <w:szCs w:val="28"/>
        </w:rPr>
      </w:pPr>
      <w:r w:rsidRPr="006A0F65">
        <w:rPr>
          <w:sz w:val="24"/>
          <w:szCs w:val="28"/>
        </w:rPr>
        <w:t>Start with a calm, focused call or text. Keep it short. The goal is to invite support and send the agenda - not to debate or rehash the past.</w:t>
      </w:r>
    </w:p>
    <w:p w14:paraId="55784741" w14:textId="77777777" w:rsidR="006A0F65" w:rsidRDefault="006A0F65" w:rsidP="006A0F65">
      <w:pPr>
        <w:spacing w:before="120" w:after="80"/>
      </w:pPr>
      <w:r>
        <w:rPr>
          <w:rFonts w:ascii="Aptos Display" w:hAnsi="Aptos Display"/>
          <w:b/>
          <w:color w:val="0B7A7E"/>
          <w:sz w:val="27"/>
        </w:rPr>
        <w:t>Simple Motivational Call Script</w:t>
      </w:r>
    </w:p>
    <w:tbl>
      <w:tblPr>
        <w:tblW w:w="0" w:type="auto"/>
        <w:jc w:val="center"/>
        <w:tblLook w:val="04A0" w:firstRow="1" w:lastRow="0" w:firstColumn="1" w:lastColumn="0" w:noHBand="0" w:noVBand="1"/>
      </w:tblPr>
      <w:tblGrid>
        <w:gridCol w:w="3392"/>
        <w:gridCol w:w="5227"/>
        <w:gridCol w:w="70"/>
      </w:tblGrid>
      <w:tr w:rsidR="006A0F65" w14:paraId="31D899E4"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0B7A7E"/>
            <w:tcMar>
              <w:top w:w="90" w:type="dxa"/>
              <w:left w:w="100" w:type="dxa"/>
              <w:bottom w:w="90" w:type="dxa"/>
              <w:right w:w="100" w:type="dxa"/>
            </w:tcMar>
            <w:vAlign w:val="center"/>
          </w:tcPr>
          <w:p w14:paraId="02525FC2" w14:textId="77777777" w:rsidR="006A0F65" w:rsidRPr="006A0F65" w:rsidRDefault="006A0F65" w:rsidP="006A0F65">
            <w:pPr>
              <w:spacing w:after="0" w:line="252" w:lineRule="auto"/>
              <w:jc w:val="right"/>
              <w:rPr>
                <w:sz w:val="22"/>
                <w:szCs w:val="32"/>
              </w:rPr>
            </w:pPr>
            <w:r w:rsidRPr="006A0F65">
              <w:rPr>
                <w:b/>
                <w:color w:val="FFFFFF"/>
                <w:sz w:val="22"/>
                <w:szCs w:val="32"/>
              </w:rPr>
              <w:t>Open</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2D305278" w14:textId="77777777" w:rsidR="006A0F65" w:rsidRPr="006A0F65" w:rsidRDefault="006A0F65" w:rsidP="002F6060">
            <w:pPr>
              <w:spacing w:after="0" w:line="252" w:lineRule="auto"/>
              <w:rPr>
                <w:sz w:val="22"/>
                <w:szCs w:val="28"/>
              </w:rPr>
            </w:pPr>
            <w:r w:rsidRPr="006A0F65">
              <w:rPr>
                <w:sz w:val="22"/>
                <w:szCs w:val="28"/>
              </w:rPr>
              <w:t>Hi [name], this is [your name]. Do you have 10 minutes to talk?</w:t>
            </w:r>
          </w:p>
        </w:tc>
      </w:tr>
      <w:tr w:rsidR="006A0F65" w14:paraId="72D5DE32"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EAF7F7"/>
            <w:tcMar>
              <w:top w:w="90" w:type="dxa"/>
              <w:left w:w="100" w:type="dxa"/>
              <w:bottom w:w="90" w:type="dxa"/>
              <w:right w:w="100" w:type="dxa"/>
            </w:tcMar>
            <w:vAlign w:val="center"/>
          </w:tcPr>
          <w:p w14:paraId="5D949791" w14:textId="77777777" w:rsidR="006A0F65" w:rsidRPr="006A0F65" w:rsidRDefault="006A0F65" w:rsidP="006A0F65">
            <w:pPr>
              <w:spacing w:after="0" w:line="252" w:lineRule="auto"/>
              <w:jc w:val="right"/>
              <w:rPr>
                <w:sz w:val="22"/>
                <w:szCs w:val="32"/>
              </w:rPr>
            </w:pPr>
            <w:r w:rsidRPr="006A0F65">
              <w:rPr>
                <w:b/>
                <w:color w:val="0B7A7E"/>
                <w:sz w:val="22"/>
                <w:szCs w:val="32"/>
              </w:rPr>
              <w:t>Ask</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28878A6A" w14:textId="77777777" w:rsidR="006A0F65" w:rsidRPr="006A0F65" w:rsidRDefault="006A0F65" w:rsidP="002F6060">
            <w:pPr>
              <w:spacing w:after="0" w:line="252" w:lineRule="auto"/>
              <w:rPr>
                <w:sz w:val="22"/>
                <w:szCs w:val="28"/>
              </w:rPr>
            </w:pPr>
            <w:r w:rsidRPr="006A0F65">
              <w:rPr>
                <w:sz w:val="22"/>
                <w:szCs w:val="28"/>
              </w:rPr>
              <w:t>I could use your help with [teen name].</w:t>
            </w:r>
          </w:p>
        </w:tc>
      </w:tr>
      <w:tr w:rsidR="006A0F65" w14:paraId="12D27AF0"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EAF7F7"/>
            <w:tcMar>
              <w:top w:w="90" w:type="dxa"/>
              <w:left w:w="100" w:type="dxa"/>
              <w:bottom w:w="90" w:type="dxa"/>
              <w:right w:w="100" w:type="dxa"/>
            </w:tcMar>
            <w:vAlign w:val="center"/>
          </w:tcPr>
          <w:p w14:paraId="11BA0E44" w14:textId="77777777" w:rsidR="006A0F65" w:rsidRPr="006A0F65" w:rsidRDefault="006A0F65" w:rsidP="006A0F65">
            <w:pPr>
              <w:spacing w:after="0" w:line="252" w:lineRule="auto"/>
              <w:jc w:val="right"/>
              <w:rPr>
                <w:sz w:val="22"/>
                <w:szCs w:val="32"/>
              </w:rPr>
            </w:pPr>
            <w:r w:rsidRPr="006A0F65">
              <w:rPr>
                <w:b/>
                <w:color w:val="0B7A7E"/>
                <w:sz w:val="22"/>
                <w:szCs w:val="32"/>
              </w:rPr>
              <w:t>Name issue</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29C201F9" w14:textId="77777777" w:rsidR="006A0F65" w:rsidRPr="006A0F65" w:rsidRDefault="006A0F65" w:rsidP="002F6060">
            <w:pPr>
              <w:spacing w:after="0" w:line="252" w:lineRule="auto"/>
              <w:rPr>
                <w:sz w:val="22"/>
                <w:szCs w:val="28"/>
              </w:rPr>
            </w:pPr>
            <w:r w:rsidRPr="006A0F65">
              <w:rPr>
                <w:sz w:val="22"/>
                <w:szCs w:val="28"/>
              </w:rPr>
              <w:t>They have been struggling with [anger, depression, aggression, disrespect, school refusal, running away, drugs/alcohol, etc.].</w:t>
            </w:r>
          </w:p>
        </w:tc>
      </w:tr>
      <w:tr w:rsidR="006A0F65" w14:paraId="21718EA1"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0B7A7E"/>
            <w:tcMar>
              <w:top w:w="90" w:type="dxa"/>
              <w:left w:w="100" w:type="dxa"/>
              <w:bottom w:w="90" w:type="dxa"/>
              <w:right w:w="100" w:type="dxa"/>
            </w:tcMar>
            <w:vAlign w:val="center"/>
          </w:tcPr>
          <w:p w14:paraId="2FC2F59F" w14:textId="77777777" w:rsidR="006A0F65" w:rsidRPr="006A0F65" w:rsidRDefault="006A0F65" w:rsidP="006A0F65">
            <w:pPr>
              <w:spacing w:after="0" w:line="252" w:lineRule="auto"/>
              <w:jc w:val="right"/>
              <w:rPr>
                <w:sz w:val="22"/>
                <w:szCs w:val="32"/>
              </w:rPr>
            </w:pPr>
            <w:r w:rsidRPr="006A0F65">
              <w:rPr>
                <w:b/>
                <w:color w:val="FFFFFF"/>
                <w:sz w:val="22"/>
                <w:szCs w:val="32"/>
              </w:rPr>
              <w:t>Village frame</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6555A396" w14:textId="77777777" w:rsidR="006A0F65" w:rsidRPr="006A0F65" w:rsidRDefault="006A0F65" w:rsidP="002F6060">
            <w:pPr>
              <w:spacing w:after="0" w:line="252" w:lineRule="auto"/>
              <w:rPr>
                <w:sz w:val="22"/>
                <w:szCs w:val="28"/>
              </w:rPr>
            </w:pPr>
            <w:r w:rsidRPr="006A0F65">
              <w:rPr>
                <w:sz w:val="22"/>
                <w:szCs w:val="28"/>
              </w:rPr>
              <w:t>I believe it takes a village to help a teen, and you are part of my village.</w:t>
            </w:r>
          </w:p>
        </w:tc>
      </w:tr>
      <w:tr w:rsidR="006A0F65" w14:paraId="166C252F"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EAF7F7"/>
            <w:tcMar>
              <w:top w:w="90" w:type="dxa"/>
              <w:left w:w="100" w:type="dxa"/>
              <w:bottom w:w="90" w:type="dxa"/>
              <w:right w:w="100" w:type="dxa"/>
            </w:tcMar>
            <w:vAlign w:val="center"/>
          </w:tcPr>
          <w:p w14:paraId="1C7987DD" w14:textId="77777777" w:rsidR="006A0F65" w:rsidRPr="006A0F65" w:rsidRDefault="006A0F65" w:rsidP="006A0F65">
            <w:pPr>
              <w:spacing w:after="0" w:line="252" w:lineRule="auto"/>
              <w:jc w:val="right"/>
              <w:rPr>
                <w:sz w:val="22"/>
                <w:szCs w:val="32"/>
              </w:rPr>
            </w:pPr>
            <w:r w:rsidRPr="006A0F65">
              <w:rPr>
                <w:b/>
                <w:color w:val="0B7A7E"/>
                <w:sz w:val="22"/>
                <w:szCs w:val="32"/>
              </w:rPr>
              <w:t>Focus</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7D5DE6CC" w14:textId="77777777" w:rsidR="006A0F65" w:rsidRPr="006A0F65" w:rsidRDefault="006A0F65" w:rsidP="002F6060">
            <w:pPr>
              <w:spacing w:after="0" w:line="252" w:lineRule="auto"/>
              <w:rPr>
                <w:sz w:val="22"/>
                <w:szCs w:val="28"/>
              </w:rPr>
            </w:pPr>
            <w:r w:rsidRPr="006A0F65">
              <w:rPr>
                <w:sz w:val="22"/>
                <w:szCs w:val="28"/>
              </w:rPr>
              <w:t>I want to call a short, focused Town Meeting with the adults who care about [teen name].</w:t>
            </w:r>
          </w:p>
        </w:tc>
      </w:tr>
      <w:tr w:rsidR="006A0F65" w14:paraId="77D8BA57"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EAF7F7"/>
            <w:tcMar>
              <w:top w:w="90" w:type="dxa"/>
              <w:left w:w="100" w:type="dxa"/>
              <w:bottom w:w="90" w:type="dxa"/>
              <w:right w:w="100" w:type="dxa"/>
            </w:tcMar>
            <w:vAlign w:val="center"/>
          </w:tcPr>
          <w:p w14:paraId="4DDB4654" w14:textId="77777777" w:rsidR="006A0F65" w:rsidRPr="006A0F65" w:rsidRDefault="006A0F65" w:rsidP="006A0F65">
            <w:pPr>
              <w:spacing w:after="0" w:line="252" w:lineRule="auto"/>
              <w:jc w:val="right"/>
              <w:rPr>
                <w:sz w:val="22"/>
                <w:szCs w:val="32"/>
              </w:rPr>
            </w:pPr>
            <w:r w:rsidRPr="006A0F65">
              <w:rPr>
                <w:b/>
                <w:color w:val="0B7A7E"/>
                <w:sz w:val="22"/>
                <w:szCs w:val="32"/>
              </w:rPr>
              <w:t>Reassure</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7025DE94" w14:textId="77777777" w:rsidR="006A0F65" w:rsidRPr="006A0F65" w:rsidRDefault="006A0F65" w:rsidP="002F6060">
            <w:pPr>
              <w:spacing w:after="0" w:line="252" w:lineRule="auto"/>
              <w:rPr>
                <w:sz w:val="22"/>
                <w:szCs w:val="28"/>
              </w:rPr>
            </w:pPr>
            <w:r w:rsidRPr="006A0F65">
              <w:rPr>
                <w:sz w:val="22"/>
                <w:szCs w:val="28"/>
              </w:rPr>
              <w:t>This is not therapy and not a blame session. It is a planning meeting.</w:t>
            </w:r>
          </w:p>
        </w:tc>
      </w:tr>
      <w:tr w:rsidR="006A0F65" w14:paraId="6EC143DB"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0B7A7E"/>
            <w:tcMar>
              <w:top w:w="90" w:type="dxa"/>
              <w:left w:w="100" w:type="dxa"/>
              <w:bottom w:w="90" w:type="dxa"/>
              <w:right w:w="100" w:type="dxa"/>
            </w:tcMar>
            <w:vAlign w:val="center"/>
          </w:tcPr>
          <w:p w14:paraId="50718F12" w14:textId="77777777" w:rsidR="006A0F65" w:rsidRPr="006A0F65" w:rsidRDefault="006A0F65" w:rsidP="006A0F65">
            <w:pPr>
              <w:spacing w:after="0" w:line="252" w:lineRule="auto"/>
              <w:jc w:val="right"/>
              <w:rPr>
                <w:sz w:val="22"/>
                <w:szCs w:val="32"/>
              </w:rPr>
            </w:pPr>
            <w:r w:rsidRPr="006A0F65">
              <w:rPr>
                <w:b/>
                <w:color w:val="FFFFFF"/>
                <w:sz w:val="22"/>
                <w:szCs w:val="32"/>
              </w:rPr>
              <w:t>Send agenda</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2F8A7BEF" w14:textId="77777777" w:rsidR="006A0F65" w:rsidRPr="006A0F65" w:rsidRDefault="006A0F65" w:rsidP="002F6060">
            <w:pPr>
              <w:spacing w:after="0" w:line="252" w:lineRule="auto"/>
              <w:rPr>
                <w:sz w:val="22"/>
                <w:szCs w:val="28"/>
              </w:rPr>
            </w:pPr>
            <w:r w:rsidRPr="006A0F65">
              <w:rPr>
                <w:sz w:val="22"/>
                <w:szCs w:val="28"/>
              </w:rPr>
              <w:t>Can I send you the agenda in advance so you can see the purpose and possible role?</w:t>
            </w:r>
          </w:p>
        </w:tc>
      </w:tr>
      <w:tr w:rsidR="006A0F65" w14:paraId="2D6280CA"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EAF7F7"/>
            <w:tcMar>
              <w:top w:w="90" w:type="dxa"/>
              <w:left w:w="100" w:type="dxa"/>
              <w:bottom w:w="90" w:type="dxa"/>
              <w:right w:w="100" w:type="dxa"/>
            </w:tcMar>
            <w:vAlign w:val="center"/>
          </w:tcPr>
          <w:p w14:paraId="07552611" w14:textId="77777777" w:rsidR="006A0F65" w:rsidRPr="006A0F65" w:rsidRDefault="006A0F65" w:rsidP="006A0F65">
            <w:pPr>
              <w:spacing w:after="0" w:line="252" w:lineRule="auto"/>
              <w:jc w:val="right"/>
              <w:rPr>
                <w:sz w:val="22"/>
                <w:szCs w:val="32"/>
              </w:rPr>
            </w:pPr>
            <w:r w:rsidRPr="006A0F65">
              <w:rPr>
                <w:b/>
                <w:color w:val="0B7A7E"/>
                <w:sz w:val="22"/>
                <w:szCs w:val="32"/>
              </w:rPr>
              <w:t>Zoom option</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68A2173D" w14:textId="77777777" w:rsidR="006A0F65" w:rsidRPr="006A0F65" w:rsidRDefault="006A0F65" w:rsidP="002F6060">
            <w:pPr>
              <w:spacing w:after="0" w:line="252" w:lineRule="auto"/>
              <w:rPr>
                <w:sz w:val="22"/>
                <w:szCs w:val="28"/>
              </w:rPr>
            </w:pPr>
            <w:r w:rsidRPr="006A0F65">
              <w:rPr>
                <w:sz w:val="22"/>
                <w:szCs w:val="28"/>
              </w:rPr>
              <w:t>If you are far away, we can include you by Zoom or phone.</w:t>
            </w:r>
          </w:p>
        </w:tc>
      </w:tr>
      <w:tr w:rsidR="006A0F65" w14:paraId="40EB5445" w14:textId="77777777" w:rsidTr="006A0F65">
        <w:trPr>
          <w:jc w:val="center"/>
        </w:trPr>
        <w:tc>
          <w:tcPr>
            <w:tcW w:w="3392" w:type="dxa"/>
            <w:tcBorders>
              <w:top w:val="single" w:sz="6" w:space="0" w:color="0B7A7E"/>
              <w:left w:val="single" w:sz="6" w:space="0" w:color="0B7A7E"/>
              <w:bottom w:val="single" w:sz="6" w:space="0" w:color="0B7A7E"/>
              <w:right w:val="single" w:sz="6" w:space="0" w:color="0B7A7E"/>
            </w:tcBorders>
            <w:shd w:val="clear" w:color="auto" w:fill="EAF7F7"/>
            <w:tcMar>
              <w:top w:w="90" w:type="dxa"/>
              <w:left w:w="100" w:type="dxa"/>
              <w:bottom w:w="90" w:type="dxa"/>
              <w:right w:w="100" w:type="dxa"/>
            </w:tcMar>
            <w:vAlign w:val="center"/>
          </w:tcPr>
          <w:p w14:paraId="36F38200" w14:textId="77777777" w:rsidR="006A0F65" w:rsidRPr="006A0F65" w:rsidRDefault="006A0F65" w:rsidP="006A0F65">
            <w:pPr>
              <w:spacing w:after="0" w:line="252" w:lineRule="auto"/>
              <w:jc w:val="right"/>
              <w:rPr>
                <w:sz w:val="22"/>
                <w:szCs w:val="32"/>
              </w:rPr>
            </w:pPr>
            <w:r w:rsidRPr="006A0F65">
              <w:rPr>
                <w:b/>
                <w:color w:val="0B7A7E"/>
                <w:sz w:val="22"/>
                <w:szCs w:val="32"/>
              </w:rPr>
              <w:t>Close</w:t>
            </w:r>
          </w:p>
        </w:tc>
        <w:tc>
          <w:tcPr>
            <w:tcW w:w="5297" w:type="dxa"/>
            <w:gridSpan w:val="2"/>
            <w:tcBorders>
              <w:top w:val="single" w:sz="5" w:space="0" w:color="D7E4E6"/>
              <w:left w:val="single" w:sz="5" w:space="0" w:color="D7E4E6"/>
              <w:bottom w:val="single" w:sz="5" w:space="0" w:color="D7E4E6"/>
              <w:right w:val="single" w:sz="5" w:space="0" w:color="D7E4E6"/>
            </w:tcBorders>
            <w:tcMar>
              <w:top w:w="90" w:type="dxa"/>
              <w:left w:w="100" w:type="dxa"/>
              <w:bottom w:w="90" w:type="dxa"/>
              <w:right w:w="100" w:type="dxa"/>
            </w:tcMar>
            <w:vAlign w:val="center"/>
          </w:tcPr>
          <w:p w14:paraId="36CF11D1" w14:textId="77777777" w:rsidR="006A0F65" w:rsidRPr="006A0F65" w:rsidRDefault="006A0F65" w:rsidP="002F6060">
            <w:pPr>
              <w:spacing w:after="0" w:line="252" w:lineRule="auto"/>
              <w:rPr>
                <w:sz w:val="22"/>
                <w:szCs w:val="28"/>
              </w:rPr>
            </w:pPr>
            <w:r w:rsidRPr="006A0F65">
              <w:rPr>
                <w:sz w:val="22"/>
                <w:szCs w:val="28"/>
              </w:rPr>
              <w:t>Will you come?</w:t>
            </w:r>
          </w:p>
        </w:tc>
      </w:tr>
      <w:tr w:rsidR="006A0F65" w:rsidRPr="006A0F65" w14:paraId="0BC84B44" w14:textId="77777777" w:rsidTr="006A0F65">
        <w:trPr>
          <w:gridAfter w:val="1"/>
          <w:wAfter w:w="70" w:type="dxa"/>
          <w:jc w:val="center"/>
        </w:trPr>
        <w:tc>
          <w:tcPr>
            <w:tcW w:w="8619" w:type="dxa"/>
            <w:gridSpan w:val="2"/>
            <w:tcBorders>
              <w:top w:val="single" w:sz="12" w:space="0" w:color="5B2C83"/>
              <w:left w:val="single" w:sz="12" w:space="0" w:color="5B2C83"/>
              <w:bottom w:val="single" w:sz="12" w:space="0" w:color="5B2C83"/>
              <w:right w:val="single" w:sz="12" w:space="0" w:color="5B2C83"/>
            </w:tcBorders>
            <w:shd w:val="clear" w:color="auto" w:fill="F3EDF8"/>
            <w:tcMar>
              <w:top w:w="150" w:type="dxa"/>
              <w:left w:w="170" w:type="dxa"/>
              <w:bottom w:w="150" w:type="dxa"/>
              <w:right w:w="170" w:type="dxa"/>
            </w:tcMar>
            <w:vAlign w:val="center"/>
          </w:tcPr>
          <w:p w14:paraId="1F0CB0A3" w14:textId="77777777" w:rsidR="006A0F65" w:rsidRPr="006A0F65" w:rsidRDefault="006A0F65" w:rsidP="002F6060">
            <w:pPr>
              <w:spacing w:after="40" w:line="252" w:lineRule="auto"/>
              <w:rPr>
                <w:sz w:val="24"/>
                <w:szCs w:val="28"/>
              </w:rPr>
            </w:pPr>
            <w:r w:rsidRPr="006A0F65">
              <w:rPr>
                <w:b/>
                <w:color w:val="5B2C83"/>
                <w:sz w:val="28"/>
                <w:szCs w:val="28"/>
              </w:rPr>
              <w:t>If there is old conflict</w:t>
            </w:r>
          </w:p>
          <w:p w14:paraId="44E12153" w14:textId="77777777" w:rsidR="006A0F65" w:rsidRPr="006A0F65" w:rsidRDefault="006A0F65" w:rsidP="002F6060">
            <w:pPr>
              <w:spacing w:after="0" w:line="259" w:lineRule="auto"/>
              <w:rPr>
                <w:sz w:val="24"/>
                <w:szCs w:val="28"/>
              </w:rPr>
            </w:pPr>
            <w:r w:rsidRPr="006A0F65">
              <w:rPr>
                <w:sz w:val="22"/>
                <w:szCs w:val="28"/>
              </w:rPr>
              <w:t>Acknowledge it briefly and move back to the teen: "I know we have not always agreed. I am not calling to relive that. I am calling because [teen name] needs the adults to work better together now."</w:t>
            </w:r>
          </w:p>
        </w:tc>
      </w:tr>
    </w:tbl>
    <w:p w14:paraId="1DFC2893" w14:textId="77777777" w:rsidR="006A0F65" w:rsidRPr="006A0F65" w:rsidRDefault="006A0F65" w:rsidP="006A0F65">
      <w:pPr>
        <w:spacing w:after="40" w:line="259" w:lineRule="auto"/>
        <w:rPr>
          <w:sz w:val="24"/>
          <w:szCs w:val="28"/>
        </w:rPr>
      </w:pPr>
    </w:p>
    <w:p w14:paraId="6DAD6412" w14:textId="77777777" w:rsidR="006A0F65" w:rsidRPr="006A0F65" w:rsidRDefault="006A0F65" w:rsidP="006A0F65">
      <w:pPr>
        <w:spacing w:before="120" w:after="80"/>
        <w:rPr>
          <w:sz w:val="24"/>
          <w:szCs w:val="28"/>
        </w:rPr>
      </w:pPr>
      <w:r w:rsidRPr="006A0F65">
        <w:rPr>
          <w:rFonts w:ascii="Aptos Display" w:hAnsi="Aptos Display"/>
          <w:b/>
          <w:color w:val="0B7A7E"/>
          <w:sz w:val="32"/>
          <w:szCs w:val="28"/>
        </w:rPr>
        <w:t>Send Before the Meeting</w:t>
      </w:r>
    </w:p>
    <w:p w14:paraId="2FE4EA1F" w14:textId="77777777" w:rsidR="006A0F65" w:rsidRPr="006A0F65" w:rsidRDefault="006A0F65" w:rsidP="006A0F65">
      <w:pPr>
        <w:spacing w:after="40" w:line="259" w:lineRule="auto"/>
        <w:rPr>
          <w:sz w:val="24"/>
          <w:szCs w:val="28"/>
        </w:rPr>
      </w:pPr>
      <w:r w:rsidRPr="006A0F65">
        <w:rPr>
          <w:sz w:val="22"/>
          <w:szCs w:val="28"/>
        </w:rPr>
        <w:t>□ Part I agenda</w:t>
      </w:r>
    </w:p>
    <w:p w14:paraId="7BF66A2B" w14:textId="77777777" w:rsidR="006A0F65" w:rsidRPr="006A0F65" w:rsidRDefault="006A0F65" w:rsidP="006A0F65">
      <w:pPr>
        <w:spacing w:after="40" w:line="259" w:lineRule="auto"/>
        <w:rPr>
          <w:sz w:val="24"/>
          <w:szCs w:val="28"/>
        </w:rPr>
      </w:pPr>
      <w:r w:rsidRPr="006A0F65">
        <w:rPr>
          <w:sz w:val="22"/>
          <w:szCs w:val="28"/>
        </w:rPr>
        <w:t>□ Ground rules, if needed</w:t>
      </w:r>
    </w:p>
    <w:p w14:paraId="3753FBB1" w14:textId="77777777" w:rsidR="006A0F65" w:rsidRPr="006A0F65" w:rsidRDefault="006A0F65" w:rsidP="006A0F65">
      <w:pPr>
        <w:spacing w:after="40" w:line="259" w:lineRule="auto"/>
        <w:rPr>
          <w:sz w:val="24"/>
          <w:szCs w:val="28"/>
        </w:rPr>
      </w:pPr>
      <w:r w:rsidRPr="006A0F65">
        <w:rPr>
          <w:sz w:val="22"/>
          <w:szCs w:val="28"/>
        </w:rPr>
        <w:t>□ Meeting date, time, location, and Zoom link</w:t>
      </w:r>
    </w:p>
    <w:p w14:paraId="2BEB89BF" w14:textId="77777777" w:rsidR="006A0F65" w:rsidRPr="006A0F65" w:rsidRDefault="006A0F65" w:rsidP="006A0F65">
      <w:pPr>
        <w:spacing w:after="40" w:line="259" w:lineRule="auto"/>
        <w:rPr>
          <w:sz w:val="24"/>
          <w:szCs w:val="28"/>
        </w:rPr>
      </w:pPr>
      <w:r w:rsidRPr="006A0F65">
        <w:rPr>
          <w:sz w:val="22"/>
          <w:szCs w:val="28"/>
        </w:rPr>
        <w:t>□ A short note: "Please review this before we meet so we can stay focused."</w:t>
      </w:r>
    </w:p>
    <w:p w14:paraId="0EDCF124" w14:textId="77777777" w:rsidR="00E92840" w:rsidRDefault="00E92840">
      <w:pPr>
        <w:spacing w:after="40" w:line="259" w:lineRule="auto"/>
      </w:pPr>
    </w:p>
    <w:tbl>
      <w:tblPr>
        <w:tblW w:w="0" w:type="auto"/>
        <w:jc w:val="center"/>
        <w:tblLook w:val="04A0" w:firstRow="1" w:lastRow="0" w:firstColumn="1" w:lastColumn="0" w:noHBand="0" w:noVBand="1"/>
      </w:tblPr>
      <w:tblGrid>
        <w:gridCol w:w="10424"/>
      </w:tblGrid>
      <w:tr w:rsidR="00E92840" w14:paraId="51BBEC2A" w14:textId="77777777">
        <w:trPr>
          <w:jc w:val="center"/>
        </w:trPr>
        <w:tc>
          <w:tcPr>
            <w:tcW w:w="10454" w:type="dxa"/>
            <w:tcBorders>
              <w:top w:val="single" w:sz="12" w:space="0" w:color="E79A18"/>
              <w:left w:val="single" w:sz="12" w:space="0" w:color="E79A18"/>
              <w:bottom w:val="single" w:sz="12" w:space="0" w:color="E79A18"/>
              <w:right w:val="single" w:sz="12" w:space="0" w:color="E79A18"/>
            </w:tcBorders>
            <w:shd w:val="clear" w:color="auto" w:fill="FFF4E2"/>
          </w:tcPr>
          <w:p w14:paraId="4D1BA661" w14:textId="77777777" w:rsidR="00E92840" w:rsidRPr="00137C87" w:rsidRDefault="00AE39B7">
            <w:pPr>
              <w:spacing w:after="40"/>
              <w:rPr>
                <w:sz w:val="28"/>
                <w:szCs w:val="32"/>
              </w:rPr>
            </w:pPr>
            <w:r w:rsidRPr="00137C87">
              <w:rPr>
                <w:b/>
                <w:color w:val="5B2C83"/>
                <w:sz w:val="32"/>
                <w:szCs w:val="32"/>
              </w:rPr>
              <w:t>Why this works</w:t>
            </w:r>
          </w:p>
          <w:p w14:paraId="38CAA8D6" w14:textId="77777777" w:rsidR="00E92840" w:rsidRDefault="00AE39B7">
            <w:pPr>
              <w:spacing w:after="0" w:line="252" w:lineRule="auto"/>
            </w:pPr>
            <w:r w:rsidRPr="00137C87">
              <w:rPr>
                <w:sz w:val="24"/>
                <w:szCs w:val="32"/>
              </w:rPr>
              <w:t>The script keeps the invitation calm, focused on the teenager, and solution-oriented. Calling it a Town Meeting makes it feel practical instead of blaming or therapeutic.</w:t>
            </w:r>
          </w:p>
        </w:tc>
      </w:tr>
    </w:tbl>
    <w:p w14:paraId="315FD99B" w14:textId="77777777" w:rsidR="00E92840" w:rsidRDefault="00E92840">
      <w:pPr>
        <w:spacing w:after="60" w:line="259" w:lineRule="auto"/>
      </w:pPr>
    </w:p>
    <w:p w14:paraId="36A9B2F7" w14:textId="77777777" w:rsidR="006A0F65" w:rsidRDefault="006A0F65">
      <w:pPr>
        <w:spacing w:before="140" w:after="100"/>
        <w:rPr>
          <w:b/>
          <w:color w:val="0B7A7E"/>
          <w:sz w:val="28"/>
        </w:rPr>
      </w:pPr>
    </w:p>
    <w:p w14:paraId="452BDAB0" w14:textId="5313B8E9" w:rsidR="00E92840" w:rsidRDefault="00AE39B7">
      <w:pPr>
        <w:spacing w:before="140" w:after="100"/>
      </w:pPr>
      <w:r>
        <w:rPr>
          <w:b/>
          <w:color w:val="0B7A7E"/>
          <w:sz w:val="28"/>
        </w:rPr>
        <w:t>Who Should Be Invited?</w:t>
      </w:r>
    </w:p>
    <w:p w14:paraId="3E716170" w14:textId="77777777" w:rsidR="00E92840" w:rsidRPr="00137C87" w:rsidRDefault="00AE39B7">
      <w:pPr>
        <w:spacing w:after="40" w:line="259" w:lineRule="auto"/>
        <w:rPr>
          <w:sz w:val="28"/>
          <w:szCs w:val="32"/>
        </w:rPr>
      </w:pPr>
      <w:r>
        <w:t xml:space="preserve">□ </w:t>
      </w:r>
      <w:r w:rsidRPr="00137C87">
        <w:rPr>
          <w:sz w:val="28"/>
          <w:szCs w:val="32"/>
        </w:rPr>
        <w:t>Parents or co-parents</w:t>
      </w:r>
    </w:p>
    <w:p w14:paraId="1EB3D4D0" w14:textId="77777777" w:rsidR="00E92840" w:rsidRPr="00137C87" w:rsidRDefault="00AE39B7">
      <w:pPr>
        <w:spacing w:after="40" w:line="259" w:lineRule="auto"/>
        <w:rPr>
          <w:sz w:val="28"/>
          <w:szCs w:val="32"/>
        </w:rPr>
      </w:pPr>
      <w:r w:rsidRPr="00137C87">
        <w:rPr>
          <w:sz w:val="28"/>
          <w:szCs w:val="32"/>
        </w:rPr>
        <w:t>□ Stepparents or caregivers</w:t>
      </w:r>
    </w:p>
    <w:p w14:paraId="73F80235" w14:textId="77777777" w:rsidR="00E92840" w:rsidRPr="00137C87" w:rsidRDefault="00AE39B7">
      <w:pPr>
        <w:spacing w:after="40" w:line="259" w:lineRule="auto"/>
        <w:rPr>
          <w:sz w:val="28"/>
          <w:szCs w:val="32"/>
        </w:rPr>
      </w:pPr>
      <w:r w:rsidRPr="00137C87">
        <w:rPr>
          <w:sz w:val="28"/>
          <w:szCs w:val="32"/>
        </w:rPr>
        <w:t>□ Grandparents or trusted relatives</w:t>
      </w:r>
    </w:p>
    <w:p w14:paraId="0C799282" w14:textId="77777777" w:rsidR="00E92840" w:rsidRPr="00137C87" w:rsidRDefault="00AE39B7">
      <w:pPr>
        <w:spacing w:after="40" w:line="259" w:lineRule="auto"/>
        <w:rPr>
          <w:sz w:val="28"/>
          <w:szCs w:val="32"/>
        </w:rPr>
      </w:pPr>
      <w:r w:rsidRPr="00137C87">
        <w:rPr>
          <w:sz w:val="28"/>
          <w:szCs w:val="32"/>
        </w:rPr>
        <w:t>□ Mentors, pastors, coaches, or other safe adults</w:t>
      </w:r>
    </w:p>
    <w:p w14:paraId="2EF64464" w14:textId="77777777" w:rsidR="00E92840" w:rsidRDefault="00AE39B7">
      <w:pPr>
        <w:spacing w:after="40" w:line="259" w:lineRule="auto"/>
        <w:rPr>
          <w:sz w:val="28"/>
          <w:szCs w:val="32"/>
        </w:rPr>
      </w:pPr>
      <w:r w:rsidRPr="00137C87">
        <w:rPr>
          <w:sz w:val="28"/>
          <w:szCs w:val="32"/>
        </w:rPr>
        <w:t xml:space="preserve">□ A counselor or parent coach, if the situation is </w:t>
      </w:r>
      <w:proofErr w:type="gramStart"/>
      <w:r w:rsidRPr="00137C87">
        <w:rPr>
          <w:sz w:val="28"/>
          <w:szCs w:val="32"/>
        </w:rPr>
        <w:t>high-conflict</w:t>
      </w:r>
      <w:proofErr w:type="gramEnd"/>
    </w:p>
    <w:p w14:paraId="456F083D" w14:textId="77777777" w:rsidR="00137C87" w:rsidRPr="00137C87" w:rsidRDefault="00137C87">
      <w:pPr>
        <w:spacing w:after="40" w:line="259" w:lineRule="auto"/>
        <w:rPr>
          <w:sz w:val="28"/>
          <w:szCs w:val="32"/>
        </w:rPr>
      </w:pPr>
    </w:p>
    <w:tbl>
      <w:tblPr>
        <w:tblW w:w="0" w:type="auto"/>
        <w:jc w:val="center"/>
        <w:tblLook w:val="04A0" w:firstRow="1" w:lastRow="0" w:firstColumn="1" w:lastColumn="0" w:noHBand="0" w:noVBand="1"/>
      </w:tblPr>
      <w:tblGrid>
        <w:gridCol w:w="10424"/>
      </w:tblGrid>
      <w:tr w:rsidR="00E92840" w14:paraId="4C25D6BF" w14:textId="77777777">
        <w:trPr>
          <w:jc w:val="center"/>
        </w:trPr>
        <w:tc>
          <w:tcPr>
            <w:tcW w:w="10454" w:type="dxa"/>
            <w:tcBorders>
              <w:top w:val="single" w:sz="12" w:space="0" w:color="0B7A7E"/>
              <w:left w:val="single" w:sz="12" w:space="0" w:color="0B7A7E"/>
              <w:bottom w:val="single" w:sz="12" w:space="0" w:color="0B7A7E"/>
              <w:right w:val="single" w:sz="12" w:space="0" w:color="0B7A7E"/>
            </w:tcBorders>
            <w:shd w:val="clear" w:color="auto" w:fill="EAF7F7"/>
          </w:tcPr>
          <w:p w14:paraId="38AA8EE3" w14:textId="77777777" w:rsidR="00E92840" w:rsidRPr="00137C87" w:rsidRDefault="00AE39B7">
            <w:pPr>
              <w:spacing w:after="40"/>
              <w:rPr>
                <w:sz w:val="28"/>
                <w:szCs w:val="32"/>
              </w:rPr>
            </w:pPr>
            <w:r w:rsidRPr="00137C87">
              <w:rPr>
                <w:b/>
                <w:color w:val="5B2C83"/>
                <w:sz w:val="32"/>
                <w:szCs w:val="32"/>
              </w:rPr>
              <w:t>Important</w:t>
            </w:r>
          </w:p>
          <w:p w14:paraId="02387D26" w14:textId="77777777" w:rsidR="00E92840" w:rsidRDefault="00AE39B7">
            <w:pPr>
              <w:spacing w:after="0" w:line="252" w:lineRule="auto"/>
            </w:pPr>
            <w:r w:rsidRPr="00137C87">
              <w:rPr>
                <w:sz w:val="24"/>
                <w:szCs w:val="32"/>
              </w:rPr>
              <w:t>The first meeting is usually adults only. Bring your teen in later, after the adults are calmer, more united, and ready to present a plan.</w:t>
            </w:r>
          </w:p>
        </w:tc>
      </w:tr>
    </w:tbl>
    <w:p w14:paraId="62AC4337" w14:textId="77777777" w:rsidR="00E92840" w:rsidRDefault="00E92840">
      <w:pPr>
        <w:spacing w:after="60" w:line="259" w:lineRule="auto"/>
      </w:pPr>
    </w:p>
    <w:p w14:paraId="059B800F" w14:textId="77777777" w:rsidR="00E92840" w:rsidRDefault="00AE39B7">
      <w:r>
        <w:br w:type="page"/>
      </w:r>
    </w:p>
    <w:p w14:paraId="489BEBFF" w14:textId="77777777" w:rsidR="00766F00" w:rsidRDefault="00766F00">
      <w:pPr>
        <w:spacing w:before="200" w:after="100"/>
        <w:rPr>
          <w:b/>
          <w:color w:val="5B2C83"/>
          <w:sz w:val="40"/>
        </w:rPr>
      </w:pPr>
    </w:p>
    <w:p w14:paraId="398C6237" w14:textId="6F166134" w:rsidR="00E92840" w:rsidRDefault="00AE39B7">
      <w:pPr>
        <w:spacing w:before="200" w:after="100"/>
      </w:pPr>
      <w:r>
        <w:rPr>
          <w:b/>
          <w:color w:val="5B2C83"/>
          <w:sz w:val="40"/>
        </w:rPr>
        <w:t xml:space="preserve">Step </w:t>
      </w:r>
      <w:r w:rsidR="006A0F65">
        <w:rPr>
          <w:b/>
          <w:color w:val="5B2C83"/>
          <w:sz w:val="40"/>
        </w:rPr>
        <w:t>3</w:t>
      </w:r>
      <w:r>
        <w:rPr>
          <w:b/>
          <w:color w:val="5B2C83"/>
          <w:sz w:val="40"/>
        </w:rPr>
        <w:t>: First Town Meeting Agenda - Part I</w:t>
      </w:r>
    </w:p>
    <w:p w14:paraId="59A0BC9C" w14:textId="77777777" w:rsidR="00E92840" w:rsidRPr="006A0F65" w:rsidRDefault="00AE39B7">
      <w:pPr>
        <w:spacing w:after="120" w:line="259" w:lineRule="auto"/>
        <w:rPr>
          <w:sz w:val="24"/>
          <w:szCs w:val="28"/>
        </w:rPr>
      </w:pPr>
      <w:r w:rsidRPr="006A0F65">
        <w:rPr>
          <w:sz w:val="24"/>
          <w:szCs w:val="28"/>
        </w:rPr>
        <w:t>Purpose: Get the adults on the same page before creating a plan for your teen.</w:t>
      </w:r>
    </w:p>
    <w:p w14:paraId="06708458" w14:textId="77777777" w:rsidR="00E92840" w:rsidRDefault="00AE39B7">
      <w:pPr>
        <w:spacing w:before="140" w:after="100"/>
      </w:pPr>
      <w:r>
        <w:rPr>
          <w:b/>
          <w:color w:val="0B7A7E"/>
          <w:sz w:val="28"/>
        </w:rPr>
        <w:t>Meeting Information</w:t>
      </w:r>
    </w:p>
    <w:tbl>
      <w:tblPr>
        <w:tblW w:w="0" w:type="auto"/>
        <w:jc w:val="center"/>
        <w:tblLook w:val="04A0" w:firstRow="1" w:lastRow="0" w:firstColumn="1" w:lastColumn="0" w:noHBand="0" w:noVBand="1"/>
      </w:tblPr>
      <w:tblGrid>
        <w:gridCol w:w="5216"/>
        <w:gridCol w:w="5222"/>
      </w:tblGrid>
      <w:tr w:rsidR="00E92840" w14:paraId="01CA1E48"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2591C504" w14:textId="77777777" w:rsidR="00E92840" w:rsidRPr="00137C87" w:rsidRDefault="00AE39B7">
            <w:pPr>
              <w:spacing w:after="0" w:line="252" w:lineRule="auto"/>
              <w:rPr>
                <w:sz w:val="24"/>
                <w:szCs w:val="32"/>
              </w:rPr>
            </w:pPr>
            <w:r w:rsidRPr="00137C87">
              <w:rPr>
                <w:b/>
                <w:color w:val="0B7A7E"/>
                <w:sz w:val="24"/>
                <w:szCs w:val="32"/>
              </w:rPr>
              <w:t>Date / Time</w:t>
            </w:r>
          </w:p>
        </w:tc>
        <w:tc>
          <w:tcPr>
            <w:tcW w:w="5227" w:type="dxa"/>
            <w:tcBorders>
              <w:top w:val="single" w:sz="6" w:space="0" w:color="C7E8E8"/>
              <w:left w:val="single" w:sz="6" w:space="0" w:color="C7E8E8"/>
              <w:bottom w:val="single" w:sz="6" w:space="0" w:color="C7E8E8"/>
              <w:right w:val="single" w:sz="6" w:space="0" w:color="C7E8E8"/>
            </w:tcBorders>
            <w:vAlign w:val="center"/>
          </w:tcPr>
          <w:p w14:paraId="643FE1E6" w14:textId="77777777" w:rsidR="00E92840" w:rsidRPr="00137C87" w:rsidRDefault="00AE39B7">
            <w:pPr>
              <w:spacing w:after="0" w:line="252" w:lineRule="auto"/>
              <w:rPr>
                <w:sz w:val="24"/>
                <w:szCs w:val="32"/>
              </w:rPr>
            </w:pPr>
            <w:r w:rsidRPr="00137C87">
              <w:rPr>
                <w:sz w:val="24"/>
                <w:szCs w:val="32"/>
              </w:rPr>
              <w:t>______________________________</w:t>
            </w:r>
          </w:p>
        </w:tc>
      </w:tr>
      <w:tr w:rsidR="00E92840" w14:paraId="0ECFED91"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41F86EF2" w14:textId="77777777" w:rsidR="00E92840" w:rsidRPr="00137C87" w:rsidRDefault="00AE39B7">
            <w:pPr>
              <w:spacing w:after="0" w:line="252" w:lineRule="auto"/>
              <w:rPr>
                <w:sz w:val="24"/>
                <w:szCs w:val="32"/>
              </w:rPr>
            </w:pPr>
            <w:r w:rsidRPr="00137C87">
              <w:rPr>
                <w:b/>
                <w:color w:val="0B7A7E"/>
                <w:sz w:val="24"/>
                <w:szCs w:val="32"/>
              </w:rPr>
              <w:t>Location or Zoom Link</w:t>
            </w:r>
          </w:p>
        </w:tc>
        <w:tc>
          <w:tcPr>
            <w:tcW w:w="5227" w:type="dxa"/>
            <w:tcBorders>
              <w:top w:val="single" w:sz="6" w:space="0" w:color="C7E8E8"/>
              <w:left w:val="single" w:sz="6" w:space="0" w:color="C7E8E8"/>
              <w:bottom w:val="single" w:sz="6" w:space="0" w:color="C7E8E8"/>
              <w:right w:val="single" w:sz="6" w:space="0" w:color="C7E8E8"/>
            </w:tcBorders>
            <w:vAlign w:val="center"/>
          </w:tcPr>
          <w:p w14:paraId="72C51BFF" w14:textId="77777777" w:rsidR="00E92840" w:rsidRPr="00137C87" w:rsidRDefault="00AE39B7">
            <w:pPr>
              <w:spacing w:after="0" w:line="252" w:lineRule="auto"/>
              <w:rPr>
                <w:sz w:val="24"/>
                <w:szCs w:val="32"/>
              </w:rPr>
            </w:pPr>
            <w:r w:rsidRPr="00137C87">
              <w:rPr>
                <w:sz w:val="24"/>
                <w:szCs w:val="32"/>
              </w:rPr>
              <w:t>______________________________</w:t>
            </w:r>
          </w:p>
        </w:tc>
      </w:tr>
      <w:tr w:rsidR="00E92840" w14:paraId="4AB338FE"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59D984C1" w14:textId="77777777" w:rsidR="00E92840" w:rsidRPr="00137C87" w:rsidRDefault="00AE39B7">
            <w:pPr>
              <w:spacing w:after="0" w:line="252" w:lineRule="auto"/>
              <w:rPr>
                <w:sz w:val="24"/>
                <w:szCs w:val="32"/>
              </w:rPr>
            </w:pPr>
            <w:r w:rsidRPr="00137C87">
              <w:rPr>
                <w:b/>
                <w:color w:val="0B7A7E"/>
                <w:sz w:val="24"/>
                <w:szCs w:val="32"/>
              </w:rPr>
              <w:t>Meeting Leaders</w:t>
            </w:r>
          </w:p>
        </w:tc>
        <w:tc>
          <w:tcPr>
            <w:tcW w:w="5227" w:type="dxa"/>
            <w:tcBorders>
              <w:top w:val="single" w:sz="6" w:space="0" w:color="C7E8E8"/>
              <w:left w:val="single" w:sz="6" w:space="0" w:color="C7E8E8"/>
              <w:bottom w:val="single" w:sz="6" w:space="0" w:color="C7E8E8"/>
              <w:right w:val="single" w:sz="6" w:space="0" w:color="C7E8E8"/>
            </w:tcBorders>
            <w:vAlign w:val="center"/>
          </w:tcPr>
          <w:p w14:paraId="08C6B8FB" w14:textId="77777777" w:rsidR="00E92840" w:rsidRPr="00137C87" w:rsidRDefault="00AE39B7">
            <w:pPr>
              <w:spacing w:after="0" w:line="252" w:lineRule="auto"/>
              <w:rPr>
                <w:sz w:val="24"/>
                <w:szCs w:val="32"/>
              </w:rPr>
            </w:pPr>
            <w:r w:rsidRPr="00137C87">
              <w:rPr>
                <w:sz w:val="24"/>
                <w:szCs w:val="32"/>
              </w:rPr>
              <w:t>______________________________</w:t>
            </w:r>
          </w:p>
        </w:tc>
      </w:tr>
      <w:tr w:rsidR="00E92840" w14:paraId="01B85B1C"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589E50DF" w14:textId="77777777" w:rsidR="00E92840" w:rsidRPr="00137C87" w:rsidRDefault="00AE39B7">
            <w:pPr>
              <w:spacing w:after="0" w:line="252" w:lineRule="auto"/>
              <w:rPr>
                <w:sz w:val="24"/>
                <w:szCs w:val="32"/>
              </w:rPr>
            </w:pPr>
            <w:r w:rsidRPr="00137C87">
              <w:rPr>
                <w:b/>
                <w:color w:val="0B7A7E"/>
                <w:sz w:val="24"/>
                <w:szCs w:val="32"/>
              </w:rPr>
              <w:t>Adults Attending</w:t>
            </w:r>
          </w:p>
        </w:tc>
        <w:tc>
          <w:tcPr>
            <w:tcW w:w="5227" w:type="dxa"/>
            <w:tcBorders>
              <w:top w:val="single" w:sz="6" w:space="0" w:color="C7E8E8"/>
              <w:left w:val="single" w:sz="6" w:space="0" w:color="C7E8E8"/>
              <w:bottom w:val="single" w:sz="6" w:space="0" w:color="C7E8E8"/>
              <w:right w:val="single" w:sz="6" w:space="0" w:color="C7E8E8"/>
            </w:tcBorders>
            <w:vAlign w:val="center"/>
          </w:tcPr>
          <w:p w14:paraId="4C916ABB" w14:textId="77777777" w:rsidR="00E92840" w:rsidRPr="00137C87" w:rsidRDefault="00AE39B7">
            <w:pPr>
              <w:spacing w:after="0" w:line="252" w:lineRule="auto"/>
              <w:rPr>
                <w:sz w:val="24"/>
                <w:szCs w:val="32"/>
              </w:rPr>
            </w:pPr>
            <w:r w:rsidRPr="00137C87">
              <w:rPr>
                <w:sz w:val="24"/>
                <w:szCs w:val="32"/>
              </w:rPr>
              <w:t>______________________________</w:t>
            </w:r>
          </w:p>
        </w:tc>
      </w:tr>
      <w:tr w:rsidR="00E92840" w14:paraId="23D4096D"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188BE61D" w14:textId="77777777" w:rsidR="00E92840" w:rsidRPr="00137C87" w:rsidRDefault="00AE39B7">
            <w:pPr>
              <w:spacing w:after="0" w:line="252" w:lineRule="auto"/>
              <w:rPr>
                <w:sz w:val="24"/>
                <w:szCs w:val="32"/>
              </w:rPr>
            </w:pPr>
            <w:r w:rsidRPr="00137C87">
              <w:rPr>
                <w:b/>
                <w:color w:val="0B7A7E"/>
                <w:sz w:val="24"/>
                <w:szCs w:val="32"/>
              </w:rPr>
              <w:t>Teen attending?</w:t>
            </w:r>
          </w:p>
        </w:tc>
        <w:tc>
          <w:tcPr>
            <w:tcW w:w="5227" w:type="dxa"/>
            <w:tcBorders>
              <w:top w:val="single" w:sz="6" w:space="0" w:color="C7E8E8"/>
              <w:left w:val="single" w:sz="6" w:space="0" w:color="C7E8E8"/>
              <w:bottom w:val="single" w:sz="6" w:space="0" w:color="C7E8E8"/>
              <w:right w:val="single" w:sz="6" w:space="0" w:color="C7E8E8"/>
            </w:tcBorders>
            <w:vAlign w:val="center"/>
          </w:tcPr>
          <w:p w14:paraId="4A07AF11" w14:textId="77777777" w:rsidR="00E92840" w:rsidRPr="00137C87" w:rsidRDefault="00AE39B7">
            <w:pPr>
              <w:spacing w:after="0" w:line="252" w:lineRule="auto"/>
              <w:rPr>
                <w:sz w:val="24"/>
                <w:szCs w:val="32"/>
              </w:rPr>
            </w:pPr>
            <w:r w:rsidRPr="00137C87">
              <w:rPr>
                <w:sz w:val="24"/>
                <w:szCs w:val="32"/>
              </w:rPr>
              <w:t>Usually no - adults first</w:t>
            </w:r>
          </w:p>
        </w:tc>
      </w:tr>
    </w:tbl>
    <w:p w14:paraId="187A63CE" w14:textId="77777777" w:rsidR="00E92840" w:rsidRPr="00137C87" w:rsidRDefault="00AE39B7">
      <w:pPr>
        <w:spacing w:before="140" w:after="100"/>
        <w:rPr>
          <w:sz w:val="24"/>
          <w:szCs w:val="28"/>
        </w:rPr>
      </w:pPr>
      <w:r w:rsidRPr="00137C87">
        <w:rPr>
          <w:b/>
          <w:color w:val="0B7A7E"/>
          <w:sz w:val="36"/>
          <w:szCs w:val="28"/>
        </w:rPr>
        <w:t>Ground Rules</w:t>
      </w:r>
    </w:p>
    <w:p w14:paraId="2A539B12" w14:textId="77777777" w:rsidR="00E92840" w:rsidRPr="00137C87" w:rsidRDefault="00AE39B7">
      <w:pPr>
        <w:spacing w:after="40" w:line="259" w:lineRule="auto"/>
        <w:rPr>
          <w:sz w:val="32"/>
          <w:szCs w:val="36"/>
        </w:rPr>
      </w:pPr>
      <w:r w:rsidRPr="00137C87">
        <w:rPr>
          <w:sz w:val="28"/>
          <w:szCs w:val="36"/>
        </w:rPr>
        <w:t>□ This is not therapy. It is a planning meeting.</w:t>
      </w:r>
    </w:p>
    <w:p w14:paraId="6470D515" w14:textId="77777777" w:rsidR="00E92840" w:rsidRPr="00137C87" w:rsidRDefault="00AE39B7">
      <w:pPr>
        <w:spacing w:after="40" w:line="259" w:lineRule="auto"/>
        <w:rPr>
          <w:sz w:val="32"/>
          <w:szCs w:val="36"/>
        </w:rPr>
      </w:pPr>
      <w:r w:rsidRPr="00137C87">
        <w:rPr>
          <w:sz w:val="28"/>
          <w:szCs w:val="36"/>
        </w:rPr>
        <w:t>□ No rehashing old fights, custody battles, or blame.</w:t>
      </w:r>
    </w:p>
    <w:p w14:paraId="57AB74C6" w14:textId="77777777" w:rsidR="00E92840" w:rsidRPr="00137C87" w:rsidRDefault="00AE39B7">
      <w:pPr>
        <w:spacing w:after="40" w:line="259" w:lineRule="auto"/>
        <w:rPr>
          <w:sz w:val="32"/>
          <w:szCs w:val="36"/>
        </w:rPr>
      </w:pPr>
      <w:r w:rsidRPr="00137C87">
        <w:rPr>
          <w:sz w:val="28"/>
          <w:szCs w:val="36"/>
        </w:rPr>
        <w:t>□ Focus on what we can do now to help the teen.</w:t>
      </w:r>
    </w:p>
    <w:p w14:paraId="67ABAA37" w14:textId="77777777" w:rsidR="00E92840" w:rsidRPr="00137C87" w:rsidRDefault="00AE39B7">
      <w:pPr>
        <w:spacing w:after="40" w:line="259" w:lineRule="auto"/>
        <w:rPr>
          <w:sz w:val="32"/>
          <w:szCs w:val="36"/>
        </w:rPr>
      </w:pPr>
      <w:r w:rsidRPr="00137C87">
        <w:rPr>
          <w:sz w:val="28"/>
          <w:szCs w:val="36"/>
        </w:rPr>
        <w:t>□ Stay on the agenda.</w:t>
      </w:r>
    </w:p>
    <w:p w14:paraId="3FADFB76" w14:textId="77777777" w:rsidR="00E92840" w:rsidRPr="00137C87" w:rsidRDefault="00AE39B7">
      <w:pPr>
        <w:spacing w:after="40" w:line="259" w:lineRule="auto"/>
        <w:rPr>
          <w:sz w:val="32"/>
          <w:szCs w:val="36"/>
        </w:rPr>
      </w:pPr>
      <w:r w:rsidRPr="00137C87">
        <w:rPr>
          <w:sz w:val="28"/>
          <w:szCs w:val="36"/>
        </w:rPr>
        <w:t>□ If things get heated, anyone can call a time-out.</w:t>
      </w:r>
    </w:p>
    <w:p w14:paraId="1094C4E6" w14:textId="77777777" w:rsidR="00E92840" w:rsidRPr="00137C87" w:rsidRDefault="00AE39B7">
      <w:pPr>
        <w:spacing w:before="140" w:after="100"/>
        <w:rPr>
          <w:sz w:val="24"/>
          <w:szCs w:val="28"/>
        </w:rPr>
      </w:pPr>
      <w:r w:rsidRPr="00137C87">
        <w:rPr>
          <w:b/>
          <w:color w:val="0B7A7E"/>
          <w:sz w:val="36"/>
          <w:szCs w:val="28"/>
        </w:rPr>
        <w:t>Main Problems to Solve</w:t>
      </w:r>
    </w:p>
    <w:p w14:paraId="365255AA" w14:textId="77777777" w:rsidR="00E92840" w:rsidRPr="00137C87" w:rsidRDefault="00AE39B7">
      <w:pPr>
        <w:spacing w:after="40" w:line="259" w:lineRule="auto"/>
        <w:rPr>
          <w:sz w:val="24"/>
          <w:szCs w:val="28"/>
        </w:rPr>
      </w:pPr>
      <w:r w:rsidRPr="00137C87">
        <w:rPr>
          <w:sz w:val="22"/>
          <w:szCs w:val="28"/>
        </w:rPr>
        <w:t>List the top 1-3 problems. Keep the list focused.</w:t>
      </w:r>
    </w:p>
    <w:p w14:paraId="0FAD37BF" w14:textId="77777777" w:rsidR="00E92840" w:rsidRPr="00137C87" w:rsidRDefault="00AE39B7">
      <w:pPr>
        <w:spacing w:after="60" w:line="259" w:lineRule="auto"/>
        <w:rPr>
          <w:sz w:val="24"/>
          <w:szCs w:val="28"/>
        </w:rPr>
      </w:pPr>
      <w:r w:rsidRPr="00137C87">
        <w:rPr>
          <w:sz w:val="24"/>
          <w:szCs w:val="28"/>
        </w:rPr>
        <w:t>1. ________________________________________________</w:t>
      </w:r>
    </w:p>
    <w:p w14:paraId="03405DD4" w14:textId="77777777" w:rsidR="00E92840" w:rsidRPr="00137C87" w:rsidRDefault="00AE39B7">
      <w:pPr>
        <w:spacing w:after="60" w:line="259" w:lineRule="auto"/>
        <w:rPr>
          <w:sz w:val="24"/>
          <w:szCs w:val="28"/>
        </w:rPr>
      </w:pPr>
      <w:r w:rsidRPr="00137C87">
        <w:rPr>
          <w:sz w:val="24"/>
          <w:szCs w:val="28"/>
        </w:rPr>
        <w:t>2. ________________________________________________</w:t>
      </w:r>
    </w:p>
    <w:p w14:paraId="575C2D69" w14:textId="77777777" w:rsidR="00E92840" w:rsidRDefault="00AE39B7">
      <w:pPr>
        <w:spacing w:after="60" w:line="259" w:lineRule="auto"/>
      </w:pPr>
      <w:r w:rsidRPr="00137C87">
        <w:rPr>
          <w:sz w:val="24"/>
          <w:szCs w:val="28"/>
        </w:rPr>
        <w:t>3. ________________________________________________</w:t>
      </w:r>
    </w:p>
    <w:p w14:paraId="0646F31C" w14:textId="77777777" w:rsidR="00E92840" w:rsidRPr="00137C87" w:rsidRDefault="00AE39B7">
      <w:pPr>
        <w:spacing w:before="140" w:after="100"/>
        <w:rPr>
          <w:sz w:val="24"/>
          <w:szCs w:val="28"/>
        </w:rPr>
      </w:pPr>
      <w:r w:rsidRPr="00137C87">
        <w:rPr>
          <w:b/>
          <w:color w:val="0B7A7E"/>
          <w:sz w:val="36"/>
          <w:szCs w:val="28"/>
        </w:rPr>
        <w:t>What Has Worked / What Has Not Worked</w:t>
      </w:r>
    </w:p>
    <w:tbl>
      <w:tblPr>
        <w:tblW w:w="0" w:type="auto"/>
        <w:jc w:val="center"/>
        <w:tblLook w:val="04A0" w:firstRow="1" w:lastRow="0" w:firstColumn="1" w:lastColumn="0" w:noHBand="0" w:noVBand="1"/>
      </w:tblPr>
      <w:tblGrid>
        <w:gridCol w:w="5227"/>
        <w:gridCol w:w="5227"/>
      </w:tblGrid>
      <w:tr w:rsidR="00E92840" w:rsidRPr="00137C87" w14:paraId="1DCEFE2F" w14:textId="77777777">
        <w:trPr>
          <w:jc w:val="center"/>
        </w:trPr>
        <w:tc>
          <w:tcPr>
            <w:tcW w:w="5227" w:type="dxa"/>
            <w:shd w:val="clear" w:color="auto" w:fill="0B7A7E"/>
            <w:vAlign w:val="center"/>
          </w:tcPr>
          <w:p w14:paraId="6AE93B1B" w14:textId="77777777" w:rsidR="00E92840" w:rsidRPr="00137C87" w:rsidRDefault="00AE39B7">
            <w:pPr>
              <w:spacing w:after="0" w:line="252" w:lineRule="auto"/>
              <w:jc w:val="center"/>
              <w:rPr>
                <w:sz w:val="24"/>
                <w:szCs w:val="28"/>
              </w:rPr>
            </w:pPr>
            <w:r w:rsidRPr="00137C87">
              <w:rPr>
                <w:b/>
                <w:color w:val="FFFFFF"/>
                <w:sz w:val="24"/>
                <w:szCs w:val="28"/>
              </w:rPr>
              <w:t>What has helped?</w:t>
            </w:r>
          </w:p>
        </w:tc>
        <w:tc>
          <w:tcPr>
            <w:tcW w:w="5227" w:type="dxa"/>
            <w:shd w:val="clear" w:color="auto" w:fill="5B2C83"/>
            <w:vAlign w:val="center"/>
          </w:tcPr>
          <w:p w14:paraId="108D7505" w14:textId="77777777" w:rsidR="00E92840" w:rsidRPr="00137C87" w:rsidRDefault="00AE39B7">
            <w:pPr>
              <w:spacing w:after="0" w:line="252" w:lineRule="auto"/>
              <w:jc w:val="center"/>
              <w:rPr>
                <w:sz w:val="24"/>
                <w:szCs w:val="28"/>
              </w:rPr>
            </w:pPr>
            <w:r w:rsidRPr="00137C87">
              <w:rPr>
                <w:b/>
                <w:color w:val="FFFFFF"/>
                <w:sz w:val="24"/>
                <w:szCs w:val="28"/>
              </w:rPr>
              <w:t>What has made things worse?</w:t>
            </w:r>
          </w:p>
        </w:tc>
      </w:tr>
      <w:tr w:rsidR="00E92840" w:rsidRPr="00137C87" w14:paraId="2B3CF3D5" w14:textId="77777777">
        <w:trPr>
          <w:jc w:val="center"/>
        </w:trPr>
        <w:tc>
          <w:tcPr>
            <w:tcW w:w="5227" w:type="dxa"/>
            <w:tcBorders>
              <w:top w:val="single" w:sz="5" w:space="0" w:color="D8D8D8"/>
              <w:left w:val="single" w:sz="5" w:space="0" w:color="D8D8D8"/>
              <w:bottom w:val="single" w:sz="5" w:space="0" w:color="D8D8D8"/>
              <w:right w:val="single" w:sz="5" w:space="0" w:color="D8D8D8"/>
            </w:tcBorders>
            <w:vAlign w:val="center"/>
          </w:tcPr>
          <w:p w14:paraId="28FA21D9" w14:textId="77777777" w:rsidR="00E92840" w:rsidRPr="00137C87" w:rsidRDefault="00AE39B7">
            <w:pPr>
              <w:spacing w:after="0" w:line="252" w:lineRule="auto"/>
              <w:rPr>
                <w:sz w:val="24"/>
                <w:szCs w:val="28"/>
              </w:rPr>
            </w:pPr>
            <w:r w:rsidRPr="00137C87">
              <w:rPr>
                <w:sz w:val="22"/>
                <w:szCs w:val="28"/>
              </w:rPr>
              <w:t>• ____________________________________</w:t>
            </w:r>
          </w:p>
        </w:tc>
        <w:tc>
          <w:tcPr>
            <w:tcW w:w="5227" w:type="dxa"/>
            <w:tcBorders>
              <w:top w:val="single" w:sz="5" w:space="0" w:color="D8D8D8"/>
              <w:left w:val="single" w:sz="5" w:space="0" w:color="D8D8D8"/>
              <w:bottom w:val="single" w:sz="5" w:space="0" w:color="D8D8D8"/>
              <w:right w:val="single" w:sz="5" w:space="0" w:color="D8D8D8"/>
            </w:tcBorders>
            <w:vAlign w:val="center"/>
          </w:tcPr>
          <w:p w14:paraId="1EF15455" w14:textId="77777777" w:rsidR="00E92840" w:rsidRPr="00137C87" w:rsidRDefault="00AE39B7">
            <w:pPr>
              <w:spacing w:after="0" w:line="252" w:lineRule="auto"/>
              <w:rPr>
                <w:sz w:val="24"/>
                <w:szCs w:val="28"/>
              </w:rPr>
            </w:pPr>
            <w:r w:rsidRPr="00137C87">
              <w:rPr>
                <w:sz w:val="22"/>
                <w:szCs w:val="28"/>
              </w:rPr>
              <w:t>• ____________________________________</w:t>
            </w:r>
          </w:p>
        </w:tc>
      </w:tr>
      <w:tr w:rsidR="00E92840" w:rsidRPr="00137C87" w14:paraId="612FE7F5" w14:textId="77777777">
        <w:trPr>
          <w:jc w:val="center"/>
        </w:trPr>
        <w:tc>
          <w:tcPr>
            <w:tcW w:w="5227" w:type="dxa"/>
            <w:tcBorders>
              <w:top w:val="single" w:sz="5" w:space="0" w:color="D8D8D8"/>
              <w:left w:val="single" w:sz="5" w:space="0" w:color="D8D8D8"/>
              <w:bottom w:val="single" w:sz="5" w:space="0" w:color="D8D8D8"/>
              <w:right w:val="single" w:sz="5" w:space="0" w:color="D8D8D8"/>
            </w:tcBorders>
            <w:vAlign w:val="center"/>
          </w:tcPr>
          <w:p w14:paraId="5C62F9A2" w14:textId="77777777" w:rsidR="00E92840" w:rsidRPr="00137C87" w:rsidRDefault="00AE39B7">
            <w:pPr>
              <w:spacing w:after="0" w:line="252" w:lineRule="auto"/>
              <w:rPr>
                <w:sz w:val="24"/>
                <w:szCs w:val="28"/>
              </w:rPr>
            </w:pPr>
            <w:r w:rsidRPr="00137C87">
              <w:rPr>
                <w:sz w:val="22"/>
                <w:szCs w:val="28"/>
              </w:rPr>
              <w:t>• ____________________________________</w:t>
            </w:r>
          </w:p>
        </w:tc>
        <w:tc>
          <w:tcPr>
            <w:tcW w:w="5227" w:type="dxa"/>
            <w:tcBorders>
              <w:top w:val="single" w:sz="5" w:space="0" w:color="D8D8D8"/>
              <w:left w:val="single" w:sz="5" w:space="0" w:color="D8D8D8"/>
              <w:bottom w:val="single" w:sz="5" w:space="0" w:color="D8D8D8"/>
              <w:right w:val="single" w:sz="5" w:space="0" w:color="D8D8D8"/>
            </w:tcBorders>
            <w:vAlign w:val="center"/>
          </w:tcPr>
          <w:p w14:paraId="5C0FB216" w14:textId="77777777" w:rsidR="00E92840" w:rsidRPr="00137C87" w:rsidRDefault="00AE39B7">
            <w:pPr>
              <w:spacing w:after="0" w:line="252" w:lineRule="auto"/>
              <w:rPr>
                <w:sz w:val="24"/>
                <w:szCs w:val="28"/>
              </w:rPr>
            </w:pPr>
            <w:r w:rsidRPr="00137C87">
              <w:rPr>
                <w:sz w:val="22"/>
                <w:szCs w:val="28"/>
              </w:rPr>
              <w:t>• ____________________________________</w:t>
            </w:r>
          </w:p>
        </w:tc>
      </w:tr>
      <w:tr w:rsidR="00E92840" w:rsidRPr="00137C87" w14:paraId="0506940E" w14:textId="77777777">
        <w:trPr>
          <w:jc w:val="center"/>
        </w:trPr>
        <w:tc>
          <w:tcPr>
            <w:tcW w:w="5227" w:type="dxa"/>
            <w:tcBorders>
              <w:top w:val="single" w:sz="5" w:space="0" w:color="D8D8D8"/>
              <w:left w:val="single" w:sz="5" w:space="0" w:color="D8D8D8"/>
              <w:bottom w:val="single" w:sz="5" w:space="0" w:color="D8D8D8"/>
              <w:right w:val="single" w:sz="5" w:space="0" w:color="D8D8D8"/>
            </w:tcBorders>
            <w:vAlign w:val="center"/>
          </w:tcPr>
          <w:p w14:paraId="05E28669" w14:textId="77777777" w:rsidR="00E92840" w:rsidRPr="00137C87" w:rsidRDefault="00AE39B7">
            <w:pPr>
              <w:spacing w:after="0" w:line="252" w:lineRule="auto"/>
              <w:rPr>
                <w:sz w:val="24"/>
                <w:szCs w:val="28"/>
              </w:rPr>
            </w:pPr>
            <w:r w:rsidRPr="00137C87">
              <w:rPr>
                <w:sz w:val="22"/>
                <w:szCs w:val="28"/>
              </w:rPr>
              <w:t>• ____________________________________</w:t>
            </w:r>
          </w:p>
        </w:tc>
        <w:tc>
          <w:tcPr>
            <w:tcW w:w="5227" w:type="dxa"/>
            <w:tcBorders>
              <w:top w:val="single" w:sz="5" w:space="0" w:color="D8D8D8"/>
              <w:left w:val="single" w:sz="5" w:space="0" w:color="D8D8D8"/>
              <w:bottom w:val="single" w:sz="5" w:space="0" w:color="D8D8D8"/>
              <w:right w:val="single" w:sz="5" w:space="0" w:color="D8D8D8"/>
            </w:tcBorders>
            <w:vAlign w:val="center"/>
          </w:tcPr>
          <w:p w14:paraId="5E4B2CE7" w14:textId="77777777" w:rsidR="00E92840" w:rsidRPr="00137C87" w:rsidRDefault="00AE39B7">
            <w:pPr>
              <w:spacing w:after="0" w:line="252" w:lineRule="auto"/>
              <w:rPr>
                <w:sz w:val="24"/>
                <w:szCs w:val="28"/>
              </w:rPr>
            </w:pPr>
            <w:r w:rsidRPr="00137C87">
              <w:rPr>
                <w:sz w:val="22"/>
                <w:szCs w:val="28"/>
              </w:rPr>
              <w:t>• ____________________________________</w:t>
            </w:r>
          </w:p>
        </w:tc>
      </w:tr>
      <w:tr w:rsidR="00E92840" w:rsidRPr="00137C87" w14:paraId="081E15C9" w14:textId="77777777">
        <w:trPr>
          <w:jc w:val="center"/>
        </w:trPr>
        <w:tc>
          <w:tcPr>
            <w:tcW w:w="5227" w:type="dxa"/>
            <w:tcBorders>
              <w:top w:val="single" w:sz="5" w:space="0" w:color="D8D8D8"/>
              <w:left w:val="single" w:sz="5" w:space="0" w:color="D8D8D8"/>
              <w:bottom w:val="single" w:sz="5" w:space="0" w:color="D8D8D8"/>
              <w:right w:val="single" w:sz="5" w:space="0" w:color="D8D8D8"/>
            </w:tcBorders>
            <w:vAlign w:val="center"/>
          </w:tcPr>
          <w:p w14:paraId="686A9368" w14:textId="77777777" w:rsidR="00E92840" w:rsidRPr="00137C87" w:rsidRDefault="00AE39B7">
            <w:pPr>
              <w:spacing w:after="0" w:line="252" w:lineRule="auto"/>
              <w:rPr>
                <w:sz w:val="24"/>
                <w:szCs w:val="28"/>
              </w:rPr>
            </w:pPr>
            <w:r w:rsidRPr="00137C87">
              <w:rPr>
                <w:sz w:val="22"/>
                <w:szCs w:val="28"/>
              </w:rPr>
              <w:t>• ____________________________________</w:t>
            </w:r>
          </w:p>
        </w:tc>
        <w:tc>
          <w:tcPr>
            <w:tcW w:w="5227" w:type="dxa"/>
            <w:tcBorders>
              <w:top w:val="single" w:sz="5" w:space="0" w:color="D8D8D8"/>
              <w:left w:val="single" w:sz="5" w:space="0" w:color="D8D8D8"/>
              <w:bottom w:val="single" w:sz="5" w:space="0" w:color="D8D8D8"/>
              <w:right w:val="single" w:sz="5" w:space="0" w:color="D8D8D8"/>
            </w:tcBorders>
            <w:vAlign w:val="center"/>
          </w:tcPr>
          <w:p w14:paraId="5BA5F112" w14:textId="77777777" w:rsidR="00E92840" w:rsidRPr="00137C87" w:rsidRDefault="00AE39B7">
            <w:pPr>
              <w:spacing w:after="0" w:line="252" w:lineRule="auto"/>
              <w:rPr>
                <w:sz w:val="24"/>
                <w:szCs w:val="28"/>
              </w:rPr>
            </w:pPr>
            <w:r w:rsidRPr="00137C87">
              <w:rPr>
                <w:sz w:val="22"/>
                <w:szCs w:val="28"/>
              </w:rPr>
              <w:t>• ____________________________________</w:t>
            </w:r>
          </w:p>
        </w:tc>
      </w:tr>
    </w:tbl>
    <w:p w14:paraId="0536761F" w14:textId="77777777" w:rsidR="00E92840" w:rsidRDefault="00AE39B7">
      <w:r>
        <w:br w:type="page"/>
      </w:r>
    </w:p>
    <w:p w14:paraId="031382B9" w14:textId="77777777" w:rsidR="00766F00" w:rsidRDefault="00766F00">
      <w:pPr>
        <w:spacing w:before="200" w:after="100"/>
        <w:rPr>
          <w:b/>
          <w:color w:val="5B2C83"/>
          <w:sz w:val="40"/>
        </w:rPr>
      </w:pPr>
    </w:p>
    <w:p w14:paraId="155E3C49" w14:textId="20B962E4" w:rsidR="00E92840" w:rsidRDefault="00AE39B7">
      <w:pPr>
        <w:spacing w:before="200" w:after="100"/>
      </w:pPr>
      <w:r>
        <w:rPr>
          <w:b/>
          <w:color w:val="5B2C83"/>
          <w:sz w:val="40"/>
        </w:rPr>
        <w:t>First Town Meeting Agenda - Part I Continued</w:t>
      </w:r>
    </w:p>
    <w:p w14:paraId="5B3B78C3" w14:textId="77777777" w:rsidR="00E92840" w:rsidRPr="00137C87" w:rsidRDefault="00AE39B7">
      <w:pPr>
        <w:spacing w:before="140" w:after="100"/>
        <w:rPr>
          <w:sz w:val="22"/>
          <w:szCs w:val="24"/>
        </w:rPr>
      </w:pPr>
      <w:r w:rsidRPr="00137C87">
        <w:rPr>
          <w:b/>
          <w:color w:val="0B7A7E"/>
          <w:sz w:val="32"/>
          <w:szCs w:val="24"/>
        </w:rPr>
        <w:t>Brainstorm Possible Solutions</w:t>
      </w:r>
    </w:p>
    <w:p w14:paraId="1394AC2E" w14:textId="77777777" w:rsidR="00E92840" w:rsidRPr="00137C87" w:rsidRDefault="00AE39B7">
      <w:pPr>
        <w:spacing w:after="60" w:line="259" w:lineRule="auto"/>
        <w:rPr>
          <w:sz w:val="22"/>
          <w:szCs w:val="24"/>
        </w:rPr>
      </w:pPr>
      <w:r w:rsidRPr="00137C87">
        <w:rPr>
          <w:sz w:val="22"/>
          <w:szCs w:val="24"/>
        </w:rPr>
        <w:t>1. ________________________________________________</w:t>
      </w:r>
    </w:p>
    <w:p w14:paraId="499E244C" w14:textId="77777777" w:rsidR="00E92840" w:rsidRPr="00137C87" w:rsidRDefault="00AE39B7">
      <w:pPr>
        <w:spacing w:after="60" w:line="259" w:lineRule="auto"/>
        <w:rPr>
          <w:sz w:val="22"/>
          <w:szCs w:val="24"/>
        </w:rPr>
      </w:pPr>
      <w:r w:rsidRPr="00137C87">
        <w:rPr>
          <w:sz w:val="22"/>
          <w:szCs w:val="24"/>
        </w:rPr>
        <w:t>2. ________________________________________________</w:t>
      </w:r>
    </w:p>
    <w:p w14:paraId="52E34B4E" w14:textId="77777777" w:rsidR="00E92840" w:rsidRPr="00137C87" w:rsidRDefault="00AE39B7">
      <w:pPr>
        <w:spacing w:after="60" w:line="259" w:lineRule="auto"/>
        <w:rPr>
          <w:sz w:val="22"/>
          <w:szCs w:val="24"/>
        </w:rPr>
      </w:pPr>
      <w:r w:rsidRPr="00137C87">
        <w:rPr>
          <w:sz w:val="22"/>
          <w:szCs w:val="24"/>
        </w:rPr>
        <w:t>3. ________________________________________________</w:t>
      </w:r>
    </w:p>
    <w:p w14:paraId="74CCC50D" w14:textId="77777777" w:rsidR="00E92840" w:rsidRPr="00137C87" w:rsidRDefault="00AE39B7">
      <w:pPr>
        <w:spacing w:after="60" w:line="259" w:lineRule="auto"/>
        <w:rPr>
          <w:sz w:val="22"/>
          <w:szCs w:val="24"/>
        </w:rPr>
      </w:pPr>
      <w:r w:rsidRPr="00137C87">
        <w:rPr>
          <w:sz w:val="22"/>
          <w:szCs w:val="24"/>
        </w:rPr>
        <w:t>4. ________________________________________________</w:t>
      </w:r>
    </w:p>
    <w:p w14:paraId="6EB07C21" w14:textId="77777777" w:rsidR="00E92840" w:rsidRPr="00137C87" w:rsidRDefault="00AE39B7">
      <w:pPr>
        <w:spacing w:before="140" w:after="100"/>
        <w:rPr>
          <w:sz w:val="22"/>
          <w:szCs w:val="24"/>
        </w:rPr>
      </w:pPr>
      <w:r w:rsidRPr="00137C87">
        <w:rPr>
          <w:b/>
          <w:color w:val="0B7A7E"/>
          <w:sz w:val="32"/>
          <w:szCs w:val="24"/>
        </w:rPr>
        <w:t>Top Priorities for the Next Meeting</w:t>
      </w:r>
    </w:p>
    <w:p w14:paraId="0396FA4C" w14:textId="77777777" w:rsidR="00E92840" w:rsidRPr="00137C87" w:rsidRDefault="00AE39B7">
      <w:pPr>
        <w:spacing w:after="60" w:line="259" w:lineRule="auto"/>
        <w:rPr>
          <w:sz w:val="22"/>
          <w:szCs w:val="24"/>
        </w:rPr>
      </w:pPr>
      <w:r w:rsidRPr="00137C87">
        <w:rPr>
          <w:sz w:val="22"/>
          <w:szCs w:val="24"/>
        </w:rPr>
        <w:t>1. ________________________________________________</w:t>
      </w:r>
    </w:p>
    <w:p w14:paraId="520CF646" w14:textId="77777777" w:rsidR="00E92840" w:rsidRPr="00137C87" w:rsidRDefault="00AE39B7">
      <w:pPr>
        <w:spacing w:after="60" w:line="259" w:lineRule="auto"/>
        <w:rPr>
          <w:sz w:val="22"/>
          <w:szCs w:val="24"/>
        </w:rPr>
      </w:pPr>
      <w:r w:rsidRPr="00137C87">
        <w:rPr>
          <w:sz w:val="22"/>
          <w:szCs w:val="24"/>
        </w:rPr>
        <w:t>2. ________________________________________________</w:t>
      </w:r>
    </w:p>
    <w:p w14:paraId="5650ABE7" w14:textId="77777777" w:rsidR="00E92840" w:rsidRPr="00137C87" w:rsidRDefault="00AE39B7">
      <w:pPr>
        <w:spacing w:after="60" w:line="259" w:lineRule="auto"/>
        <w:rPr>
          <w:sz w:val="22"/>
          <w:szCs w:val="24"/>
        </w:rPr>
      </w:pPr>
      <w:r w:rsidRPr="00137C87">
        <w:rPr>
          <w:sz w:val="22"/>
          <w:szCs w:val="24"/>
        </w:rPr>
        <w:t>3. ________________________________________________</w:t>
      </w:r>
    </w:p>
    <w:p w14:paraId="6FDF99E7" w14:textId="77777777" w:rsidR="00E92840" w:rsidRPr="00137C87" w:rsidRDefault="00AE39B7">
      <w:pPr>
        <w:spacing w:before="140" w:after="100"/>
        <w:rPr>
          <w:sz w:val="22"/>
          <w:szCs w:val="24"/>
        </w:rPr>
      </w:pPr>
      <w:r w:rsidRPr="00137C87">
        <w:rPr>
          <w:b/>
          <w:color w:val="0B7A7E"/>
          <w:sz w:val="32"/>
          <w:szCs w:val="24"/>
        </w:rPr>
        <w:t>Next Meeting</w:t>
      </w:r>
    </w:p>
    <w:p w14:paraId="70201CB7" w14:textId="77777777" w:rsidR="00E92840" w:rsidRPr="00137C87" w:rsidRDefault="00AE39B7">
      <w:pPr>
        <w:spacing w:after="60" w:line="259" w:lineRule="auto"/>
        <w:rPr>
          <w:sz w:val="28"/>
          <w:szCs w:val="32"/>
        </w:rPr>
      </w:pPr>
      <w:r w:rsidRPr="00137C87">
        <w:rPr>
          <w:sz w:val="28"/>
          <w:szCs w:val="32"/>
        </w:rPr>
        <w:t>Date / Time: ___________________________________________</w:t>
      </w:r>
    </w:p>
    <w:p w14:paraId="1AFA849B" w14:textId="77777777" w:rsidR="00E92840" w:rsidRPr="00137C87" w:rsidRDefault="00AE39B7">
      <w:pPr>
        <w:spacing w:after="60" w:line="259" w:lineRule="auto"/>
        <w:rPr>
          <w:sz w:val="28"/>
          <w:szCs w:val="32"/>
        </w:rPr>
      </w:pPr>
      <w:r w:rsidRPr="00137C87">
        <w:rPr>
          <w:sz w:val="28"/>
          <w:szCs w:val="32"/>
        </w:rPr>
        <w:t>Who will prepare the draft plan or contract? ___________________________</w:t>
      </w:r>
    </w:p>
    <w:p w14:paraId="17BDE5FC" w14:textId="77777777" w:rsidR="00E92840" w:rsidRPr="00137C87" w:rsidRDefault="00AE39B7">
      <w:pPr>
        <w:spacing w:after="120" w:line="259" w:lineRule="auto"/>
        <w:rPr>
          <w:sz w:val="24"/>
          <w:szCs w:val="28"/>
        </w:rPr>
      </w:pPr>
      <w:r w:rsidRPr="00137C87">
        <w:rPr>
          <w:sz w:val="28"/>
          <w:szCs w:val="32"/>
        </w:rPr>
        <w:t>Who will send the agenda? ___________________________________________</w:t>
      </w:r>
    </w:p>
    <w:tbl>
      <w:tblPr>
        <w:tblW w:w="0" w:type="auto"/>
        <w:jc w:val="center"/>
        <w:tblLook w:val="04A0" w:firstRow="1" w:lastRow="0" w:firstColumn="1" w:lastColumn="0" w:noHBand="0" w:noVBand="1"/>
      </w:tblPr>
      <w:tblGrid>
        <w:gridCol w:w="10424"/>
      </w:tblGrid>
      <w:tr w:rsidR="00E92840" w:rsidRPr="00137C87" w14:paraId="62A437F4" w14:textId="77777777">
        <w:trPr>
          <w:jc w:val="center"/>
        </w:trPr>
        <w:tc>
          <w:tcPr>
            <w:tcW w:w="10454" w:type="dxa"/>
            <w:tcBorders>
              <w:top w:val="single" w:sz="12" w:space="0" w:color="5B2C83"/>
              <w:left w:val="single" w:sz="12" w:space="0" w:color="5B2C83"/>
              <w:bottom w:val="single" w:sz="12" w:space="0" w:color="5B2C83"/>
              <w:right w:val="single" w:sz="12" w:space="0" w:color="5B2C83"/>
            </w:tcBorders>
            <w:shd w:val="clear" w:color="auto" w:fill="F3EDF8"/>
          </w:tcPr>
          <w:p w14:paraId="6B2CA672" w14:textId="77777777" w:rsidR="00E92840" w:rsidRPr="00137C87" w:rsidRDefault="00AE39B7">
            <w:pPr>
              <w:spacing w:after="40"/>
              <w:rPr>
                <w:sz w:val="28"/>
                <w:szCs w:val="32"/>
              </w:rPr>
            </w:pPr>
            <w:r w:rsidRPr="00137C87">
              <w:rPr>
                <w:b/>
                <w:color w:val="5B2C83"/>
                <w:sz w:val="32"/>
                <w:szCs w:val="32"/>
              </w:rPr>
              <w:t>Mini Example: Robert’s Family</w:t>
            </w:r>
          </w:p>
          <w:p w14:paraId="2AFA6292" w14:textId="77777777" w:rsidR="00E92840" w:rsidRPr="00137C87" w:rsidRDefault="00AE39B7">
            <w:pPr>
              <w:spacing w:after="0" w:line="252" w:lineRule="auto"/>
              <w:rPr>
                <w:sz w:val="28"/>
                <w:szCs w:val="32"/>
              </w:rPr>
            </w:pPr>
            <w:r w:rsidRPr="00137C87">
              <w:rPr>
                <w:sz w:val="24"/>
                <w:szCs w:val="32"/>
              </w:rPr>
              <w:t>Robert was struggling after a painful divorce. His mom invited his dad, stepmom, and grandparents to a Town Meeting by Zoom. The adults used ground rules, stayed focused on Robert, and agreed they needed to stop taking sides and work from one plan.</w:t>
            </w:r>
          </w:p>
        </w:tc>
      </w:tr>
    </w:tbl>
    <w:p w14:paraId="51037F54" w14:textId="77777777" w:rsidR="00E92840" w:rsidRPr="00137C87" w:rsidRDefault="00E92840">
      <w:pPr>
        <w:spacing w:after="60" w:line="259" w:lineRule="auto"/>
        <w:rPr>
          <w:sz w:val="28"/>
          <w:szCs w:val="32"/>
        </w:rPr>
      </w:pPr>
    </w:p>
    <w:tbl>
      <w:tblPr>
        <w:tblW w:w="0" w:type="auto"/>
        <w:jc w:val="center"/>
        <w:tblLook w:val="04A0" w:firstRow="1" w:lastRow="0" w:firstColumn="1" w:lastColumn="0" w:noHBand="0" w:noVBand="1"/>
      </w:tblPr>
      <w:tblGrid>
        <w:gridCol w:w="10424"/>
      </w:tblGrid>
      <w:tr w:rsidR="00E92840" w:rsidRPr="00137C87" w14:paraId="6CBF64F4" w14:textId="77777777">
        <w:trPr>
          <w:jc w:val="center"/>
        </w:trPr>
        <w:tc>
          <w:tcPr>
            <w:tcW w:w="10454" w:type="dxa"/>
            <w:tcBorders>
              <w:top w:val="single" w:sz="12" w:space="0" w:color="0B7A7E"/>
              <w:left w:val="single" w:sz="12" w:space="0" w:color="0B7A7E"/>
              <w:bottom w:val="single" w:sz="12" w:space="0" w:color="0B7A7E"/>
              <w:right w:val="single" w:sz="12" w:space="0" w:color="0B7A7E"/>
            </w:tcBorders>
            <w:shd w:val="clear" w:color="auto" w:fill="EAF7F7"/>
          </w:tcPr>
          <w:p w14:paraId="0E38A4BE" w14:textId="77777777" w:rsidR="00E92840" w:rsidRPr="00137C87" w:rsidRDefault="00AE39B7">
            <w:pPr>
              <w:spacing w:after="40"/>
              <w:rPr>
                <w:sz w:val="28"/>
                <w:szCs w:val="32"/>
              </w:rPr>
            </w:pPr>
            <w:r w:rsidRPr="00137C87">
              <w:rPr>
                <w:b/>
                <w:color w:val="5B2C83"/>
                <w:sz w:val="32"/>
                <w:szCs w:val="32"/>
              </w:rPr>
              <w:t>What made the first meeting work?</w:t>
            </w:r>
          </w:p>
          <w:p w14:paraId="2E14BDBA" w14:textId="77777777" w:rsidR="00E92840" w:rsidRPr="00137C87" w:rsidRDefault="00AE39B7">
            <w:pPr>
              <w:spacing w:after="0" w:line="252" w:lineRule="auto"/>
              <w:rPr>
                <w:sz w:val="28"/>
                <w:szCs w:val="32"/>
              </w:rPr>
            </w:pPr>
            <w:r w:rsidRPr="00137C87">
              <w:rPr>
                <w:sz w:val="24"/>
                <w:szCs w:val="32"/>
              </w:rPr>
              <w:t>They sent the agenda ahead of time, kept the meeting adults-only, called time-outs when things got heated, and focused on Robert instead of past adult conflict.</w:t>
            </w:r>
          </w:p>
        </w:tc>
      </w:tr>
    </w:tbl>
    <w:p w14:paraId="0590E36C" w14:textId="77777777" w:rsidR="00E92840" w:rsidRPr="00137C87" w:rsidRDefault="00E92840">
      <w:pPr>
        <w:spacing w:after="60" w:line="259" w:lineRule="auto"/>
        <w:rPr>
          <w:sz w:val="22"/>
          <w:szCs w:val="24"/>
        </w:rPr>
      </w:pPr>
    </w:p>
    <w:p w14:paraId="2271669A" w14:textId="77777777" w:rsidR="00E92840" w:rsidRPr="00137C87" w:rsidRDefault="00AE39B7">
      <w:pPr>
        <w:spacing w:before="140" w:after="100"/>
        <w:rPr>
          <w:sz w:val="24"/>
          <w:szCs w:val="28"/>
        </w:rPr>
      </w:pPr>
      <w:r w:rsidRPr="00137C87">
        <w:rPr>
          <w:b/>
          <w:color w:val="0B7A7E"/>
          <w:sz w:val="36"/>
          <w:szCs w:val="28"/>
        </w:rPr>
        <w:t>Part I Closing Statement</w:t>
      </w:r>
    </w:p>
    <w:p w14:paraId="7379D68B" w14:textId="77777777" w:rsidR="00E92840" w:rsidRPr="00137C87" w:rsidRDefault="00AE39B7">
      <w:pPr>
        <w:spacing w:after="40" w:line="259" w:lineRule="auto"/>
        <w:rPr>
          <w:sz w:val="28"/>
          <w:szCs w:val="36"/>
        </w:rPr>
      </w:pPr>
      <w:r w:rsidRPr="00137C87">
        <w:rPr>
          <w:sz w:val="28"/>
          <w:szCs w:val="36"/>
        </w:rPr>
        <w:t>Close the meeting with something simple:</w:t>
      </w:r>
    </w:p>
    <w:p w14:paraId="3738586C" w14:textId="77777777" w:rsidR="00137C87" w:rsidRPr="00137C87" w:rsidRDefault="00137C87">
      <w:pPr>
        <w:spacing w:after="40" w:line="259" w:lineRule="auto"/>
        <w:rPr>
          <w:sz w:val="24"/>
          <w:szCs w:val="28"/>
        </w:rPr>
      </w:pPr>
    </w:p>
    <w:tbl>
      <w:tblPr>
        <w:tblW w:w="0" w:type="auto"/>
        <w:jc w:val="center"/>
        <w:tblLook w:val="04A0" w:firstRow="1" w:lastRow="0" w:firstColumn="1" w:lastColumn="0" w:noHBand="0" w:noVBand="1"/>
      </w:tblPr>
      <w:tblGrid>
        <w:gridCol w:w="10424"/>
      </w:tblGrid>
      <w:tr w:rsidR="00E92840" w14:paraId="6FCA599E" w14:textId="77777777">
        <w:trPr>
          <w:jc w:val="center"/>
        </w:trPr>
        <w:tc>
          <w:tcPr>
            <w:tcW w:w="10454" w:type="dxa"/>
            <w:tcBorders>
              <w:top w:val="single" w:sz="12" w:space="0" w:color="E79A18"/>
              <w:left w:val="single" w:sz="12" w:space="0" w:color="E79A18"/>
              <w:bottom w:val="single" w:sz="12" w:space="0" w:color="E79A18"/>
              <w:right w:val="single" w:sz="12" w:space="0" w:color="E79A18"/>
            </w:tcBorders>
            <w:shd w:val="clear" w:color="auto" w:fill="FFF4E2"/>
          </w:tcPr>
          <w:p w14:paraId="24287FF8" w14:textId="77777777" w:rsidR="00E92840" w:rsidRPr="00137C87" w:rsidRDefault="00AE39B7">
            <w:pPr>
              <w:spacing w:after="40"/>
              <w:rPr>
                <w:sz w:val="28"/>
                <w:szCs w:val="32"/>
              </w:rPr>
            </w:pPr>
            <w:r w:rsidRPr="00137C87">
              <w:rPr>
                <w:b/>
                <w:color w:val="5B2C83"/>
                <w:sz w:val="32"/>
                <w:szCs w:val="32"/>
              </w:rPr>
              <w:t>Suggested wording</w:t>
            </w:r>
          </w:p>
          <w:p w14:paraId="40C20F1B" w14:textId="77777777" w:rsidR="00E92840" w:rsidRDefault="00AE39B7">
            <w:pPr>
              <w:spacing w:after="0" w:line="252" w:lineRule="auto"/>
            </w:pPr>
            <w:r w:rsidRPr="00137C87">
              <w:rPr>
                <w:sz w:val="24"/>
                <w:szCs w:val="32"/>
              </w:rPr>
              <w:t>Thank you for showing up for [teen name]. We may not agree on everything, but today we took a step toward working together. Before the next meeting, let’s review the possible tools and come ready to build one clear plan.</w:t>
            </w:r>
          </w:p>
        </w:tc>
      </w:tr>
    </w:tbl>
    <w:p w14:paraId="40DD084C" w14:textId="77777777" w:rsidR="00E92840" w:rsidRDefault="00E92840">
      <w:pPr>
        <w:spacing w:after="60" w:line="259" w:lineRule="auto"/>
      </w:pPr>
    </w:p>
    <w:p w14:paraId="7A9415DC" w14:textId="77777777" w:rsidR="00E92840" w:rsidRDefault="00AE39B7">
      <w:r>
        <w:br w:type="page"/>
      </w:r>
    </w:p>
    <w:p w14:paraId="485D16EC" w14:textId="77777777" w:rsidR="00766F00" w:rsidRPr="00766F00" w:rsidRDefault="00766F00">
      <w:pPr>
        <w:spacing w:before="200" w:after="100"/>
        <w:rPr>
          <w:b/>
          <w:color w:val="5B2C83"/>
          <w:sz w:val="18"/>
          <w:szCs w:val="8"/>
        </w:rPr>
      </w:pPr>
    </w:p>
    <w:p w14:paraId="1E17995A" w14:textId="1E8AA809" w:rsidR="00E92840" w:rsidRDefault="00AE39B7">
      <w:pPr>
        <w:spacing w:before="200" w:after="100"/>
      </w:pPr>
      <w:r>
        <w:rPr>
          <w:b/>
          <w:color w:val="5B2C83"/>
          <w:sz w:val="40"/>
        </w:rPr>
        <w:t xml:space="preserve">Step </w:t>
      </w:r>
      <w:r w:rsidR="006A0F65">
        <w:rPr>
          <w:b/>
          <w:color w:val="5B2C83"/>
          <w:sz w:val="40"/>
        </w:rPr>
        <w:t>4</w:t>
      </w:r>
      <w:r>
        <w:rPr>
          <w:b/>
          <w:color w:val="5B2C83"/>
          <w:sz w:val="40"/>
        </w:rPr>
        <w:t>: Second Town Meeting Agenda - Part II</w:t>
      </w:r>
    </w:p>
    <w:p w14:paraId="0A62D210" w14:textId="77777777" w:rsidR="00E92840" w:rsidRPr="00137C87" w:rsidRDefault="00AE39B7">
      <w:pPr>
        <w:spacing w:after="120" w:line="259" w:lineRule="auto"/>
        <w:rPr>
          <w:sz w:val="24"/>
          <w:szCs w:val="28"/>
        </w:rPr>
      </w:pPr>
      <w:r w:rsidRPr="00137C87">
        <w:rPr>
          <w:sz w:val="24"/>
          <w:szCs w:val="28"/>
        </w:rPr>
        <w:t>Purpose: Review the draft plan, clarify roles, and decide how to put the plan into action.</w:t>
      </w:r>
    </w:p>
    <w:p w14:paraId="0C21646A" w14:textId="77777777" w:rsidR="00E92840" w:rsidRPr="00137C87" w:rsidRDefault="00AE39B7">
      <w:pPr>
        <w:spacing w:before="140" w:after="100"/>
        <w:rPr>
          <w:sz w:val="24"/>
          <w:szCs w:val="28"/>
        </w:rPr>
      </w:pPr>
      <w:r w:rsidRPr="00137C87">
        <w:rPr>
          <w:b/>
          <w:color w:val="0B7A7E"/>
          <w:sz w:val="36"/>
          <w:szCs w:val="28"/>
        </w:rPr>
        <w:t>Meeting Information</w:t>
      </w:r>
    </w:p>
    <w:tbl>
      <w:tblPr>
        <w:tblW w:w="0" w:type="auto"/>
        <w:jc w:val="center"/>
        <w:tblLook w:val="04A0" w:firstRow="1" w:lastRow="0" w:firstColumn="1" w:lastColumn="0" w:noHBand="0" w:noVBand="1"/>
      </w:tblPr>
      <w:tblGrid>
        <w:gridCol w:w="5216"/>
        <w:gridCol w:w="5222"/>
      </w:tblGrid>
      <w:tr w:rsidR="00E92840" w:rsidRPr="00137C87" w14:paraId="27DCAF17"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7815FD9D" w14:textId="77777777" w:rsidR="00E92840" w:rsidRPr="00137C87" w:rsidRDefault="00AE39B7">
            <w:pPr>
              <w:spacing w:after="0" w:line="252" w:lineRule="auto"/>
              <w:rPr>
                <w:sz w:val="24"/>
                <w:szCs w:val="28"/>
              </w:rPr>
            </w:pPr>
            <w:r w:rsidRPr="00137C87">
              <w:rPr>
                <w:b/>
                <w:color w:val="0B7A7E"/>
                <w:sz w:val="22"/>
                <w:szCs w:val="28"/>
              </w:rPr>
              <w:t>Date / Time</w:t>
            </w:r>
          </w:p>
        </w:tc>
        <w:tc>
          <w:tcPr>
            <w:tcW w:w="5227" w:type="dxa"/>
            <w:tcBorders>
              <w:top w:val="single" w:sz="6" w:space="0" w:color="C7E8E8"/>
              <w:left w:val="single" w:sz="6" w:space="0" w:color="C7E8E8"/>
              <w:bottom w:val="single" w:sz="6" w:space="0" w:color="C7E8E8"/>
              <w:right w:val="single" w:sz="6" w:space="0" w:color="C7E8E8"/>
            </w:tcBorders>
            <w:vAlign w:val="center"/>
          </w:tcPr>
          <w:p w14:paraId="7EAF5855" w14:textId="77777777" w:rsidR="00E92840" w:rsidRPr="00137C87" w:rsidRDefault="00AE39B7">
            <w:pPr>
              <w:spacing w:after="0" w:line="252" w:lineRule="auto"/>
              <w:rPr>
                <w:sz w:val="24"/>
                <w:szCs w:val="28"/>
              </w:rPr>
            </w:pPr>
            <w:r w:rsidRPr="00137C87">
              <w:rPr>
                <w:sz w:val="22"/>
                <w:szCs w:val="28"/>
              </w:rPr>
              <w:t>______________________________</w:t>
            </w:r>
          </w:p>
        </w:tc>
      </w:tr>
      <w:tr w:rsidR="00E92840" w:rsidRPr="00137C87" w14:paraId="2DB186AE"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5835C2B8" w14:textId="77777777" w:rsidR="00E92840" w:rsidRPr="00137C87" w:rsidRDefault="00AE39B7">
            <w:pPr>
              <w:spacing w:after="0" w:line="252" w:lineRule="auto"/>
              <w:rPr>
                <w:sz w:val="24"/>
                <w:szCs w:val="28"/>
              </w:rPr>
            </w:pPr>
            <w:r w:rsidRPr="00137C87">
              <w:rPr>
                <w:b/>
                <w:color w:val="0B7A7E"/>
                <w:sz w:val="22"/>
                <w:szCs w:val="28"/>
              </w:rPr>
              <w:t>Location or Zoom Link</w:t>
            </w:r>
          </w:p>
        </w:tc>
        <w:tc>
          <w:tcPr>
            <w:tcW w:w="5227" w:type="dxa"/>
            <w:tcBorders>
              <w:top w:val="single" w:sz="6" w:space="0" w:color="C7E8E8"/>
              <w:left w:val="single" w:sz="6" w:space="0" w:color="C7E8E8"/>
              <w:bottom w:val="single" w:sz="6" w:space="0" w:color="C7E8E8"/>
              <w:right w:val="single" w:sz="6" w:space="0" w:color="C7E8E8"/>
            </w:tcBorders>
            <w:vAlign w:val="center"/>
          </w:tcPr>
          <w:p w14:paraId="217C03FB" w14:textId="77777777" w:rsidR="00E92840" w:rsidRPr="00137C87" w:rsidRDefault="00AE39B7">
            <w:pPr>
              <w:spacing w:after="0" w:line="252" w:lineRule="auto"/>
              <w:rPr>
                <w:sz w:val="24"/>
                <w:szCs w:val="28"/>
              </w:rPr>
            </w:pPr>
            <w:r w:rsidRPr="00137C87">
              <w:rPr>
                <w:sz w:val="22"/>
                <w:szCs w:val="28"/>
              </w:rPr>
              <w:t>______________________________</w:t>
            </w:r>
          </w:p>
        </w:tc>
      </w:tr>
      <w:tr w:rsidR="00E92840" w:rsidRPr="00137C87" w14:paraId="0554FDDA"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0E889A87" w14:textId="77777777" w:rsidR="00E92840" w:rsidRPr="00137C87" w:rsidRDefault="00AE39B7">
            <w:pPr>
              <w:spacing w:after="0" w:line="252" w:lineRule="auto"/>
              <w:rPr>
                <w:sz w:val="24"/>
                <w:szCs w:val="28"/>
              </w:rPr>
            </w:pPr>
            <w:r w:rsidRPr="00137C87">
              <w:rPr>
                <w:b/>
                <w:color w:val="0B7A7E"/>
                <w:sz w:val="22"/>
                <w:szCs w:val="28"/>
              </w:rPr>
              <w:t>Meeting Leaders</w:t>
            </w:r>
          </w:p>
        </w:tc>
        <w:tc>
          <w:tcPr>
            <w:tcW w:w="5227" w:type="dxa"/>
            <w:tcBorders>
              <w:top w:val="single" w:sz="6" w:space="0" w:color="C7E8E8"/>
              <w:left w:val="single" w:sz="6" w:space="0" w:color="C7E8E8"/>
              <w:bottom w:val="single" w:sz="6" w:space="0" w:color="C7E8E8"/>
              <w:right w:val="single" w:sz="6" w:space="0" w:color="C7E8E8"/>
            </w:tcBorders>
            <w:vAlign w:val="center"/>
          </w:tcPr>
          <w:p w14:paraId="299CF44D" w14:textId="77777777" w:rsidR="00E92840" w:rsidRPr="00137C87" w:rsidRDefault="00AE39B7">
            <w:pPr>
              <w:spacing w:after="0" w:line="252" w:lineRule="auto"/>
              <w:rPr>
                <w:sz w:val="24"/>
                <w:szCs w:val="28"/>
              </w:rPr>
            </w:pPr>
            <w:r w:rsidRPr="00137C87">
              <w:rPr>
                <w:sz w:val="22"/>
                <w:szCs w:val="28"/>
              </w:rPr>
              <w:t>______________________________</w:t>
            </w:r>
          </w:p>
        </w:tc>
      </w:tr>
      <w:tr w:rsidR="00E92840" w:rsidRPr="00137C87" w14:paraId="58BB37B2"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289B3970" w14:textId="77777777" w:rsidR="00E92840" w:rsidRPr="00137C87" w:rsidRDefault="00AE39B7">
            <w:pPr>
              <w:spacing w:after="0" w:line="252" w:lineRule="auto"/>
              <w:rPr>
                <w:sz w:val="24"/>
                <w:szCs w:val="28"/>
              </w:rPr>
            </w:pPr>
            <w:r w:rsidRPr="00137C87">
              <w:rPr>
                <w:b/>
                <w:color w:val="0B7A7E"/>
                <w:sz w:val="22"/>
                <w:szCs w:val="28"/>
              </w:rPr>
              <w:t>Adults Attending</w:t>
            </w:r>
          </w:p>
        </w:tc>
        <w:tc>
          <w:tcPr>
            <w:tcW w:w="5227" w:type="dxa"/>
            <w:tcBorders>
              <w:top w:val="single" w:sz="6" w:space="0" w:color="C7E8E8"/>
              <w:left w:val="single" w:sz="6" w:space="0" w:color="C7E8E8"/>
              <w:bottom w:val="single" w:sz="6" w:space="0" w:color="C7E8E8"/>
              <w:right w:val="single" w:sz="6" w:space="0" w:color="C7E8E8"/>
            </w:tcBorders>
            <w:vAlign w:val="center"/>
          </w:tcPr>
          <w:p w14:paraId="65F73BBA" w14:textId="77777777" w:rsidR="00E92840" w:rsidRPr="00137C87" w:rsidRDefault="00AE39B7">
            <w:pPr>
              <w:spacing w:after="0" w:line="252" w:lineRule="auto"/>
              <w:rPr>
                <w:sz w:val="24"/>
                <w:szCs w:val="28"/>
              </w:rPr>
            </w:pPr>
            <w:r w:rsidRPr="00137C87">
              <w:rPr>
                <w:sz w:val="22"/>
                <w:szCs w:val="28"/>
              </w:rPr>
              <w:t>______________________________</w:t>
            </w:r>
          </w:p>
        </w:tc>
      </w:tr>
      <w:tr w:rsidR="00E92840" w:rsidRPr="00137C87" w14:paraId="24C1F704"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21547B70" w14:textId="77777777" w:rsidR="00E92840" w:rsidRPr="00137C87" w:rsidRDefault="00AE39B7">
            <w:pPr>
              <w:spacing w:after="0" w:line="252" w:lineRule="auto"/>
              <w:rPr>
                <w:sz w:val="24"/>
                <w:szCs w:val="28"/>
              </w:rPr>
            </w:pPr>
            <w:r w:rsidRPr="00137C87">
              <w:rPr>
                <w:b/>
                <w:color w:val="0B7A7E"/>
                <w:sz w:val="22"/>
                <w:szCs w:val="28"/>
              </w:rPr>
              <w:t>Teen attending?</w:t>
            </w:r>
          </w:p>
        </w:tc>
        <w:tc>
          <w:tcPr>
            <w:tcW w:w="5227" w:type="dxa"/>
            <w:tcBorders>
              <w:top w:val="single" w:sz="6" w:space="0" w:color="C7E8E8"/>
              <w:left w:val="single" w:sz="6" w:space="0" w:color="C7E8E8"/>
              <w:bottom w:val="single" w:sz="6" w:space="0" w:color="C7E8E8"/>
              <w:right w:val="single" w:sz="6" w:space="0" w:color="C7E8E8"/>
            </w:tcBorders>
            <w:vAlign w:val="center"/>
          </w:tcPr>
          <w:p w14:paraId="41102E03" w14:textId="77777777" w:rsidR="00E92840" w:rsidRPr="00137C87" w:rsidRDefault="00AE39B7">
            <w:pPr>
              <w:spacing w:after="0" w:line="252" w:lineRule="auto"/>
              <w:rPr>
                <w:sz w:val="24"/>
                <w:szCs w:val="28"/>
              </w:rPr>
            </w:pPr>
            <w:r w:rsidRPr="00137C87">
              <w:rPr>
                <w:sz w:val="22"/>
                <w:szCs w:val="28"/>
              </w:rPr>
              <w:t>□ Yes  □ No  □ Later in meeting</w:t>
            </w:r>
          </w:p>
        </w:tc>
      </w:tr>
      <w:tr w:rsidR="00E92840" w:rsidRPr="00137C87" w14:paraId="26056A03"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402E2AB2" w14:textId="77777777" w:rsidR="00E92840" w:rsidRPr="00137C87" w:rsidRDefault="00AE39B7">
            <w:pPr>
              <w:spacing w:after="0" w:line="252" w:lineRule="auto"/>
              <w:rPr>
                <w:sz w:val="24"/>
                <w:szCs w:val="28"/>
              </w:rPr>
            </w:pPr>
            <w:r w:rsidRPr="00137C87">
              <w:rPr>
                <w:b/>
                <w:color w:val="0B7A7E"/>
                <w:sz w:val="22"/>
                <w:szCs w:val="28"/>
              </w:rPr>
              <w:t>Draft plan attached?</w:t>
            </w:r>
          </w:p>
        </w:tc>
        <w:tc>
          <w:tcPr>
            <w:tcW w:w="5227" w:type="dxa"/>
            <w:tcBorders>
              <w:top w:val="single" w:sz="6" w:space="0" w:color="C7E8E8"/>
              <w:left w:val="single" w:sz="6" w:space="0" w:color="C7E8E8"/>
              <w:bottom w:val="single" w:sz="6" w:space="0" w:color="C7E8E8"/>
              <w:right w:val="single" w:sz="6" w:space="0" w:color="C7E8E8"/>
            </w:tcBorders>
            <w:vAlign w:val="center"/>
          </w:tcPr>
          <w:p w14:paraId="4628CB20" w14:textId="77777777" w:rsidR="00E92840" w:rsidRPr="00137C87" w:rsidRDefault="00AE39B7">
            <w:pPr>
              <w:spacing w:after="0" w:line="252" w:lineRule="auto"/>
              <w:rPr>
                <w:sz w:val="24"/>
                <w:szCs w:val="28"/>
              </w:rPr>
            </w:pPr>
            <w:r w:rsidRPr="00137C87">
              <w:rPr>
                <w:sz w:val="22"/>
                <w:szCs w:val="28"/>
              </w:rPr>
              <w:t>□ Yes  □ No</w:t>
            </w:r>
          </w:p>
        </w:tc>
      </w:tr>
    </w:tbl>
    <w:p w14:paraId="38C0B155" w14:textId="77777777" w:rsidR="00E92840" w:rsidRPr="00137C87" w:rsidRDefault="00AE39B7">
      <w:pPr>
        <w:spacing w:before="140" w:after="100"/>
        <w:rPr>
          <w:sz w:val="24"/>
          <w:szCs w:val="28"/>
        </w:rPr>
      </w:pPr>
      <w:r w:rsidRPr="00137C87">
        <w:rPr>
          <w:b/>
          <w:color w:val="0B7A7E"/>
          <w:sz w:val="36"/>
          <w:szCs w:val="28"/>
        </w:rPr>
        <w:t>Agenda Items</w:t>
      </w:r>
    </w:p>
    <w:tbl>
      <w:tblPr>
        <w:tblW w:w="0" w:type="auto"/>
        <w:jc w:val="center"/>
        <w:tblLook w:val="04A0" w:firstRow="1" w:lastRow="0" w:firstColumn="1" w:lastColumn="0" w:noHBand="0" w:noVBand="1"/>
      </w:tblPr>
      <w:tblGrid>
        <w:gridCol w:w="5218"/>
        <w:gridCol w:w="5220"/>
      </w:tblGrid>
      <w:tr w:rsidR="00E92840" w:rsidRPr="00137C87" w14:paraId="33057628" w14:textId="77777777">
        <w:trPr>
          <w:jc w:val="center"/>
        </w:trPr>
        <w:tc>
          <w:tcPr>
            <w:tcW w:w="5227" w:type="dxa"/>
            <w:tcBorders>
              <w:top w:val="single" w:sz="6" w:space="0" w:color="E1E1E1"/>
              <w:left w:val="single" w:sz="6" w:space="0" w:color="E1E1E1"/>
              <w:bottom w:val="single" w:sz="6" w:space="0" w:color="E1E1E1"/>
              <w:right w:val="single" w:sz="6" w:space="0" w:color="E1E1E1"/>
            </w:tcBorders>
            <w:shd w:val="clear" w:color="auto" w:fill="EAF7F7"/>
            <w:vAlign w:val="center"/>
          </w:tcPr>
          <w:p w14:paraId="535FE537" w14:textId="77777777" w:rsidR="00E92840" w:rsidRPr="00137C87" w:rsidRDefault="00AE39B7">
            <w:pPr>
              <w:spacing w:after="0" w:line="252" w:lineRule="auto"/>
              <w:rPr>
                <w:sz w:val="24"/>
                <w:szCs w:val="28"/>
              </w:rPr>
            </w:pPr>
            <w:r w:rsidRPr="00137C87">
              <w:rPr>
                <w:b/>
                <w:color w:val="0B7A7E"/>
                <w:sz w:val="22"/>
                <w:szCs w:val="28"/>
              </w:rPr>
              <w:t>1. Review the draft plan</w:t>
            </w:r>
          </w:p>
        </w:tc>
        <w:tc>
          <w:tcPr>
            <w:tcW w:w="5227" w:type="dxa"/>
            <w:tcBorders>
              <w:top w:val="single" w:sz="6" w:space="0" w:color="E1E1E1"/>
              <w:left w:val="single" w:sz="6" w:space="0" w:color="E1E1E1"/>
              <w:bottom w:val="single" w:sz="6" w:space="0" w:color="E1E1E1"/>
              <w:right w:val="single" w:sz="6" w:space="0" w:color="E1E1E1"/>
            </w:tcBorders>
            <w:vAlign w:val="center"/>
          </w:tcPr>
          <w:p w14:paraId="20E958EE" w14:textId="77777777" w:rsidR="00E92840" w:rsidRPr="00137C87" w:rsidRDefault="00AE39B7">
            <w:pPr>
              <w:spacing w:after="0" w:line="252" w:lineRule="auto"/>
              <w:rPr>
                <w:sz w:val="24"/>
                <w:szCs w:val="28"/>
              </w:rPr>
            </w:pPr>
            <w:r w:rsidRPr="00137C87">
              <w:rPr>
                <w:sz w:val="22"/>
                <w:szCs w:val="28"/>
              </w:rPr>
              <w:t>Go line by line. Fix wording that is unclear, too harsh, or too vague.</w:t>
            </w:r>
          </w:p>
        </w:tc>
      </w:tr>
      <w:tr w:rsidR="00E92840" w:rsidRPr="00137C87" w14:paraId="1F6A208E" w14:textId="77777777">
        <w:trPr>
          <w:jc w:val="center"/>
        </w:trPr>
        <w:tc>
          <w:tcPr>
            <w:tcW w:w="5227" w:type="dxa"/>
            <w:tcBorders>
              <w:top w:val="single" w:sz="6" w:space="0" w:color="E1E1E1"/>
              <w:left w:val="single" w:sz="6" w:space="0" w:color="E1E1E1"/>
              <w:bottom w:val="single" w:sz="6" w:space="0" w:color="E1E1E1"/>
              <w:right w:val="single" w:sz="6" w:space="0" w:color="E1E1E1"/>
            </w:tcBorders>
            <w:shd w:val="clear" w:color="auto" w:fill="F3EDF8"/>
            <w:vAlign w:val="center"/>
          </w:tcPr>
          <w:p w14:paraId="7392B23F" w14:textId="77777777" w:rsidR="00E92840" w:rsidRPr="00137C87" w:rsidRDefault="00AE39B7">
            <w:pPr>
              <w:spacing w:after="0" w:line="252" w:lineRule="auto"/>
              <w:rPr>
                <w:sz w:val="24"/>
                <w:szCs w:val="28"/>
              </w:rPr>
            </w:pPr>
            <w:r w:rsidRPr="00137C87">
              <w:rPr>
                <w:b/>
                <w:color w:val="5B2C83"/>
                <w:sz w:val="22"/>
                <w:szCs w:val="28"/>
              </w:rPr>
              <w:t>2. Clarify adult roles</w:t>
            </w:r>
          </w:p>
        </w:tc>
        <w:tc>
          <w:tcPr>
            <w:tcW w:w="5227" w:type="dxa"/>
            <w:tcBorders>
              <w:top w:val="single" w:sz="6" w:space="0" w:color="E1E1E1"/>
              <w:left w:val="single" w:sz="6" w:space="0" w:color="E1E1E1"/>
              <w:bottom w:val="single" w:sz="6" w:space="0" w:color="E1E1E1"/>
              <w:right w:val="single" w:sz="6" w:space="0" w:color="E1E1E1"/>
            </w:tcBorders>
            <w:vAlign w:val="center"/>
          </w:tcPr>
          <w:p w14:paraId="5DCD134C" w14:textId="77777777" w:rsidR="00E92840" w:rsidRPr="00137C87" w:rsidRDefault="00AE39B7">
            <w:pPr>
              <w:spacing w:after="0" w:line="252" w:lineRule="auto"/>
              <w:rPr>
                <w:sz w:val="24"/>
                <w:szCs w:val="28"/>
              </w:rPr>
            </w:pPr>
            <w:r w:rsidRPr="00137C87">
              <w:rPr>
                <w:sz w:val="22"/>
                <w:szCs w:val="28"/>
              </w:rPr>
              <w:t>Who will do what? Who will communicate? Who will follow through?</w:t>
            </w:r>
          </w:p>
        </w:tc>
      </w:tr>
      <w:tr w:rsidR="00E92840" w:rsidRPr="00137C87" w14:paraId="23027F4E" w14:textId="77777777">
        <w:trPr>
          <w:jc w:val="center"/>
        </w:trPr>
        <w:tc>
          <w:tcPr>
            <w:tcW w:w="5227" w:type="dxa"/>
            <w:tcBorders>
              <w:top w:val="single" w:sz="6" w:space="0" w:color="E1E1E1"/>
              <w:left w:val="single" w:sz="6" w:space="0" w:color="E1E1E1"/>
              <w:bottom w:val="single" w:sz="6" w:space="0" w:color="E1E1E1"/>
              <w:right w:val="single" w:sz="6" w:space="0" w:color="E1E1E1"/>
            </w:tcBorders>
            <w:shd w:val="clear" w:color="auto" w:fill="FFF4E2"/>
            <w:vAlign w:val="center"/>
          </w:tcPr>
          <w:p w14:paraId="456FA82D" w14:textId="77777777" w:rsidR="00E92840" w:rsidRPr="00137C87" w:rsidRDefault="00AE39B7">
            <w:pPr>
              <w:spacing w:after="0" w:line="252" w:lineRule="auto"/>
              <w:rPr>
                <w:sz w:val="24"/>
                <w:szCs w:val="28"/>
              </w:rPr>
            </w:pPr>
            <w:r w:rsidRPr="00137C87">
              <w:rPr>
                <w:b/>
                <w:color w:val="E79A18"/>
                <w:sz w:val="22"/>
                <w:szCs w:val="28"/>
              </w:rPr>
              <w:t>3. Practice the delivery</w:t>
            </w:r>
          </w:p>
        </w:tc>
        <w:tc>
          <w:tcPr>
            <w:tcW w:w="5227" w:type="dxa"/>
            <w:tcBorders>
              <w:top w:val="single" w:sz="6" w:space="0" w:color="E1E1E1"/>
              <w:left w:val="single" w:sz="6" w:space="0" w:color="E1E1E1"/>
              <w:bottom w:val="single" w:sz="6" w:space="0" w:color="E1E1E1"/>
              <w:right w:val="single" w:sz="6" w:space="0" w:color="E1E1E1"/>
            </w:tcBorders>
            <w:vAlign w:val="center"/>
          </w:tcPr>
          <w:p w14:paraId="67938FDA" w14:textId="77777777" w:rsidR="00E92840" w:rsidRPr="00137C87" w:rsidRDefault="00AE39B7">
            <w:pPr>
              <w:spacing w:after="0" w:line="252" w:lineRule="auto"/>
              <w:rPr>
                <w:sz w:val="24"/>
                <w:szCs w:val="28"/>
              </w:rPr>
            </w:pPr>
            <w:r w:rsidRPr="00137C87">
              <w:rPr>
                <w:sz w:val="22"/>
                <w:szCs w:val="28"/>
              </w:rPr>
              <w:t>Adults rehearse how the plan will be presented. Keep it calm and united.</w:t>
            </w:r>
          </w:p>
        </w:tc>
      </w:tr>
      <w:tr w:rsidR="00E92840" w:rsidRPr="00137C87" w14:paraId="0E55FF73" w14:textId="77777777">
        <w:trPr>
          <w:jc w:val="center"/>
        </w:trPr>
        <w:tc>
          <w:tcPr>
            <w:tcW w:w="5227" w:type="dxa"/>
            <w:tcBorders>
              <w:top w:val="single" w:sz="6" w:space="0" w:color="E1E1E1"/>
              <w:left w:val="single" w:sz="6" w:space="0" w:color="E1E1E1"/>
              <w:bottom w:val="single" w:sz="6" w:space="0" w:color="E1E1E1"/>
              <w:right w:val="single" w:sz="6" w:space="0" w:color="E1E1E1"/>
            </w:tcBorders>
            <w:shd w:val="clear" w:color="auto" w:fill="EAF7F7"/>
            <w:vAlign w:val="center"/>
          </w:tcPr>
          <w:p w14:paraId="31DA9666" w14:textId="77777777" w:rsidR="00E92840" w:rsidRPr="00137C87" w:rsidRDefault="00AE39B7">
            <w:pPr>
              <w:spacing w:after="0" w:line="252" w:lineRule="auto"/>
              <w:rPr>
                <w:sz w:val="24"/>
                <w:szCs w:val="28"/>
              </w:rPr>
            </w:pPr>
            <w:r w:rsidRPr="00137C87">
              <w:rPr>
                <w:b/>
                <w:color w:val="0B7A7E"/>
                <w:sz w:val="22"/>
                <w:szCs w:val="28"/>
              </w:rPr>
              <w:t>4. Bring in your teen, if ready</w:t>
            </w:r>
          </w:p>
        </w:tc>
        <w:tc>
          <w:tcPr>
            <w:tcW w:w="5227" w:type="dxa"/>
            <w:tcBorders>
              <w:top w:val="single" w:sz="6" w:space="0" w:color="E1E1E1"/>
              <w:left w:val="single" w:sz="6" w:space="0" w:color="E1E1E1"/>
              <w:bottom w:val="single" w:sz="6" w:space="0" w:color="E1E1E1"/>
              <w:right w:val="single" w:sz="6" w:space="0" w:color="E1E1E1"/>
            </w:tcBorders>
            <w:vAlign w:val="center"/>
          </w:tcPr>
          <w:p w14:paraId="29C89056" w14:textId="77777777" w:rsidR="00E92840" w:rsidRPr="00137C87" w:rsidRDefault="00AE39B7">
            <w:pPr>
              <w:spacing w:after="0" w:line="252" w:lineRule="auto"/>
              <w:rPr>
                <w:sz w:val="24"/>
                <w:szCs w:val="28"/>
              </w:rPr>
            </w:pPr>
            <w:r w:rsidRPr="00137C87">
              <w:rPr>
                <w:sz w:val="22"/>
                <w:szCs w:val="28"/>
              </w:rPr>
              <w:t>Present the plan as a united team. Keep it short. Do not debate.</w:t>
            </w:r>
          </w:p>
        </w:tc>
      </w:tr>
      <w:tr w:rsidR="00E92840" w:rsidRPr="00137C87" w14:paraId="4421E01B" w14:textId="77777777">
        <w:trPr>
          <w:jc w:val="center"/>
        </w:trPr>
        <w:tc>
          <w:tcPr>
            <w:tcW w:w="5227" w:type="dxa"/>
            <w:tcBorders>
              <w:top w:val="single" w:sz="6" w:space="0" w:color="E1E1E1"/>
              <w:left w:val="single" w:sz="6" w:space="0" w:color="E1E1E1"/>
              <w:bottom w:val="single" w:sz="6" w:space="0" w:color="E1E1E1"/>
              <w:right w:val="single" w:sz="6" w:space="0" w:color="E1E1E1"/>
            </w:tcBorders>
            <w:shd w:val="clear" w:color="auto" w:fill="F3EDF8"/>
            <w:vAlign w:val="center"/>
          </w:tcPr>
          <w:p w14:paraId="143587D7" w14:textId="77777777" w:rsidR="00E92840" w:rsidRPr="00137C87" w:rsidRDefault="00AE39B7">
            <w:pPr>
              <w:spacing w:after="0" w:line="252" w:lineRule="auto"/>
              <w:rPr>
                <w:sz w:val="24"/>
                <w:szCs w:val="28"/>
              </w:rPr>
            </w:pPr>
            <w:r w:rsidRPr="00137C87">
              <w:rPr>
                <w:b/>
                <w:color w:val="5B2C83"/>
                <w:sz w:val="22"/>
                <w:szCs w:val="28"/>
              </w:rPr>
              <w:t>5. Schedule follow-up</w:t>
            </w:r>
          </w:p>
        </w:tc>
        <w:tc>
          <w:tcPr>
            <w:tcW w:w="5227" w:type="dxa"/>
            <w:tcBorders>
              <w:top w:val="single" w:sz="6" w:space="0" w:color="E1E1E1"/>
              <w:left w:val="single" w:sz="6" w:space="0" w:color="E1E1E1"/>
              <w:bottom w:val="single" w:sz="6" w:space="0" w:color="E1E1E1"/>
              <w:right w:val="single" w:sz="6" w:space="0" w:color="E1E1E1"/>
            </w:tcBorders>
            <w:vAlign w:val="center"/>
          </w:tcPr>
          <w:p w14:paraId="64A90B42" w14:textId="77777777" w:rsidR="00E92840" w:rsidRPr="00137C87" w:rsidRDefault="00AE39B7">
            <w:pPr>
              <w:spacing w:after="0" w:line="252" w:lineRule="auto"/>
              <w:rPr>
                <w:sz w:val="24"/>
                <w:szCs w:val="28"/>
              </w:rPr>
            </w:pPr>
            <w:r w:rsidRPr="00137C87">
              <w:rPr>
                <w:sz w:val="22"/>
                <w:szCs w:val="28"/>
              </w:rPr>
              <w:t>Pick a date to review what worked, what did not, and what needs adjusting.</w:t>
            </w:r>
          </w:p>
        </w:tc>
      </w:tr>
    </w:tbl>
    <w:p w14:paraId="629F52AF" w14:textId="77777777" w:rsidR="00E92840" w:rsidRDefault="00AE39B7">
      <w:pPr>
        <w:spacing w:before="140" w:after="100"/>
      </w:pPr>
      <w:r>
        <w:rPr>
          <w:b/>
          <w:color w:val="0B7A7E"/>
          <w:sz w:val="28"/>
        </w:rPr>
        <w:t>Role Grid</w:t>
      </w:r>
    </w:p>
    <w:tbl>
      <w:tblPr>
        <w:tblW w:w="0" w:type="auto"/>
        <w:jc w:val="center"/>
        <w:tblLook w:val="04A0" w:firstRow="1" w:lastRow="0" w:firstColumn="1" w:lastColumn="0" w:noHBand="0" w:noVBand="1"/>
      </w:tblPr>
      <w:tblGrid>
        <w:gridCol w:w="3484"/>
        <w:gridCol w:w="3485"/>
        <w:gridCol w:w="3485"/>
      </w:tblGrid>
      <w:tr w:rsidR="00E92840" w14:paraId="5274576D" w14:textId="77777777">
        <w:trPr>
          <w:jc w:val="center"/>
        </w:trPr>
        <w:tc>
          <w:tcPr>
            <w:tcW w:w="3485" w:type="dxa"/>
            <w:shd w:val="clear" w:color="auto" w:fill="0B7A7E"/>
            <w:vAlign w:val="center"/>
          </w:tcPr>
          <w:p w14:paraId="1533EC7A" w14:textId="77777777" w:rsidR="00E92840" w:rsidRPr="00137C87" w:rsidRDefault="00AE39B7">
            <w:pPr>
              <w:spacing w:after="0" w:line="252" w:lineRule="auto"/>
              <w:jc w:val="center"/>
              <w:rPr>
                <w:sz w:val="24"/>
                <w:szCs w:val="32"/>
              </w:rPr>
            </w:pPr>
            <w:r w:rsidRPr="00137C87">
              <w:rPr>
                <w:b/>
                <w:color w:val="FFFFFF"/>
                <w:sz w:val="24"/>
                <w:szCs w:val="32"/>
              </w:rPr>
              <w:t>Person</w:t>
            </w:r>
          </w:p>
        </w:tc>
        <w:tc>
          <w:tcPr>
            <w:tcW w:w="3485" w:type="dxa"/>
            <w:shd w:val="clear" w:color="auto" w:fill="0B7A7E"/>
            <w:vAlign w:val="center"/>
          </w:tcPr>
          <w:p w14:paraId="0403C330" w14:textId="77777777" w:rsidR="00E92840" w:rsidRPr="00137C87" w:rsidRDefault="00AE39B7">
            <w:pPr>
              <w:spacing w:after="0" w:line="252" w:lineRule="auto"/>
              <w:jc w:val="center"/>
              <w:rPr>
                <w:sz w:val="24"/>
                <w:szCs w:val="32"/>
              </w:rPr>
            </w:pPr>
            <w:r w:rsidRPr="00137C87">
              <w:rPr>
                <w:b/>
                <w:color w:val="FFFFFF"/>
                <w:sz w:val="24"/>
                <w:szCs w:val="32"/>
              </w:rPr>
              <w:t>Role</w:t>
            </w:r>
          </w:p>
        </w:tc>
        <w:tc>
          <w:tcPr>
            <w:tcW w:w="3485" w:type="dxa"/>
            <w:shd w:val="clear" w:color="auto" w:fill="0B7A7E"/>
            <w:vAlign w:val="center"/>
          </w:tcPr>
          <w:p w14:paraId="1F63CB20" w14:textId="77777777" w:rsidR="00E92840" w:rsidRPr="00137C87" w:rsidRDefault="00AE39B7">
            <w:pPr>
              <w:spacing w:after="0" w:line="252" w:lineRule="auto"/>
              <w:jc w:val="center"/>
              <w:rPr>
                <w:sz w:val="24"/>
                <w:szCs w:val="32"/>
              </w:rPr>
            </w:pPr>
            <w:r w:rsidRPr="00137C87">
              <w:rPr>
                <w:b/>
                <w:color w:val="FFFFFF"/>
                <w:sz w:val="24"/>
                <w:szCs w:val="32"/>
              </w:rPr>
              <w:t>Next step</w:t>
            </w:r>
          </w:p>
        </w:tc>
      </w:tr>
      <w:tr w:rsidR="00E92840" w14:paraId="36D3D2A5" w14:textId="77777777">
        <w:trPr>
          <w:jc w:val="center"/>
        </w:trPr>
        <w:tc>
          <w:tcPr>
            <w:tcW w:w="3485" w:type="dxa"/>
            <w:tcBorders>
              <w:top w:val="single" w:sz="5" w:space="0" w:color="D8D8D8"/>
              <w:left w:val="single" w:sz="5" w:space="0" w:color="D8D8D8"/>
              <w:bottom w:val="single" w:sz="5" w:space="0" w:color="D8D8D8"/>
              <w:right w:val="single" w:sz="5" w:space="0" w:color="D8D8D8"/>
            </w:tcBorders>
            <w:vAlign w:val="center"/>
          </w:tcPr>
          <w:p w14:paraId="544AD167"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55505055"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0526A6A6" w14:textId="77777777" w:rsidR="00E92840" w:rsidRPr="00137C87" w:rsidRDefault="00AE39B7">
            <w:pPr>
              <w:spacing w:after="0" w:line="252" w:lineRule="auto"/>
              <w:rPr>
                <w:sz w:val="24"/>
                <w:szCs w:val="32"/>
              </w:rPr>
            </w:pPr>
            <w:r w:rsidRPr="00137C87">
              <w:rPr>
                <w:sz w:val="24"/>
                <w:szCs w:val="32"/>
              </w:rPr>
              <w:t>________________________</w:t>
            </w:r>
          </w:p>
        </w:tc>
      </w:tr>
      <w:tr w:rsidR="00E92840" w14:paraId="45400A50" w14:textId="77777777">
        <w:trPr>
          <w:jc w:val="center"/>
        </w:trPr>
        <w:tc>
          <w:tcPr>
            <w:tcW w:w="3485" w:type="dxa"/>
            <w:tcBorders>
              <w:top w:val="single" w:sz="5" w:space="0" w:color="D8D8D8"/>
              <w:left w:val="single" w:sz="5" w:space="0" w:color="D8D8D8"/>
              <w:bottom w:val="single" w:sz="5" w:space="0" w:color="D8D8D8"/>
              <w:right w:val="single" w:sz="5" w:space="0" w:color="D8D8D8"/>
            </w:tcBorders>
            <w:vAlign w:val="center"/>
          </w:tcPr>
          <w:p w14:paraId="7744E173"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2889ECFE"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4E559B9F" w14:textId="77777777" w:rsidR="00E92840" w:rsidRPr="00137C87" w:rsidRDefault="00AE39B7">
            <w:pPr>
              <w:spacing w:after="0" w:line="252" w:lineRule="auto"/>
              <w:rPr>
                <w:sz w:val="24"/>
                <w:szCs w:val="32"/>
              </w:rPr>
            </w:pPr>
            <w:r w:rsidRPr="00137C87">
              <w:rPr>
                <w:sz w:val="24"/>
                <w:szCs w:val="32"/>
              </w:rPr>
              <w:t>________________________</w:t>
            </w:r>
          </w:p>
        </w:tc>
      </w:tr>
      <w:tr w:rsidR="00E92840" w14:paraId="756D72F3" w14:textId="77777777">
        <w:trPr>
          <w:jc w:val="center"/>
        </w:trPr>
        <w:tc>
          <w:tcPr>
            <w:tcW w:w="3485" w:type="dxa"/>
            <w:tcBorders>
              <w:top w:val="single" w:sz="5" w:space="0" w:color="D8D8D8"/>
              <w:left w:val="single" w:sz="5" w:space="0" w:color="D8D8D8"/>
              <w:bottom w:val="single" w:sz="5" w:space="0" w:color="D8D8D8"/>
              <w:right w:val="single" w:sz="5" w:space="0" w:color="D8D8D8"/>
            </w:tcBorders>
            <w:vAlign w:val="center"/>
          </w:tcPr>
          <w:p w14:paraId="44D879F3"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3FCB45C8"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7440CFB6" w14:textId="77777777" w:rsidR="00E92840" w:rsidRPr="00137C87" w:rsidRDefault="00AE39B7">
            <w:pPr>
              <w:spacing w:after="0" w:line="252" w:lineRule="auto"/>
              <w:rPr>
                <w:sz w:val="24"/>
                <w:szCs w:val="32"/>
              </w:rPr>
            </w:pPr>
            <w:r w:rsidRPr="00137C87">
              <w:rPr>
                <w:sz w:val="24"/>
                <w:szCs w:val="32"/>
              </w:rPr>
              <w:t>________________________</w:t>
            </w:r>
          </w:p>
        </w:tc>
      </w:tr>
      <w:tr w:rsidR="00E92840" w14:paraId="4F3BF794" w14:textId="77777777">
        <w:trPr>
          <w:jc w:val="center"/>
        </w:trPr>
        <w:tc>
          <w:tcPr>
            <w:tcW w:w="3485" w:type="dxa"/>
            <w:tcBorders>
              <w:top w:val="single" w:sz="5" w:space="0" w:color="D8D8D8"/>
              <w:left w:val="single" w:sz="5" w:space="0" w:color="D8D8D8"/>
              <w:bottom w:val="single" w:sz="5" w:space="0" w:color="D8D8D8"/>
              <w:right w:val="single" w:sz="5" w:space="0" w:color="D8D8D8"/>
            </w:tcBorders>
            <w:vAlign w:val="center"/>
          </w:tcPr>
          <w:p w14:paraId="02DFBB9C"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5C2CEF5D" w14:textId="77777777" w:rsidR="00E92840" w:rsidRPr="00137C87" w:rsidRDefault="00AE39B7">
            <w:pPr>
              <w:spacing w:after="0" w:line="252" w:lineRule="auto"/>
              <w:rPr>
                <w:sz w:val="24"/>
                <w:szCs w:val="32"/>
              </w:rPr>
            </w:pPr>
            <w:r w:rsidRPr="00137C87">
              <w:rPr>
                <w:sz w:val="24"/>
                <w:szCs w:val="32"/>
              </w:rPr>
              <w:t>________________________</w:t>
            </w:r>
          </w:p>
        </w:tc>
        <w:tc>
          <w:tcPr>
            <w:tcW w:w="3485" w:type="dxa"/>
            <w:tcBorders>
              <w:top w:val="single" w:sz="5" w:space="0" w:color="D8D8D8"/>
              <w:left w:val="single" w:sz="5" w:space="0" w:color="D8D8D8"/>
              <w:bottom w:val="single" w:sz="5" w:space="0" w:color="D8D8D8"/>
              <w:right w:val="single" w:sz="5" w:space="0" w:color="D8D8D8"/>
            </w:tcBorders>
            <w:vAlign w:val="center"/>
          </w:tcPr>
          <w:p w14:paraId="42E7BC9F" w14:textId="77777777" w:rsidR="00E92840" w:rsidRPr="00137C87" w:rsidRDefault="00AE39B7">
            <w:pPr>
              <w:spacing w:after="0" w:line="252" w:lineRule="auto"/>
              <w:rPr>
                <w:sz w:val="24"/>
                <w:szCs w:val="32"/>
              </w:rPr>
            </w:pPr>
            <w:r w:rsidRPr="00137C87">
              <w:rPr>
                <w:sz w:val="24"/>
                <w:szCs w:val="32"/>
              </w:rPr>
              <w:t>________________________</w:t>
            </w:r>
          </w:p>
        </w:tc>
      </w:tr>
    </w:tbl>
    <w:p w14:paraId="4A95BE1C" w14:textId="77777777" w:rsidR="00E92840" w:rsidRDefault="00AE39B7">
      <w:r>
        <w:br w:type="page"/>
      </w:r>
    </w:p>
    <w:p w14:paraId="162850F8" w14:textId="77777777" w:rsidR="00766F00" w:rsidRPr="00766F00" w:rsidRDefault="00766F00">
      <w:pPr>
        <w:spacing w:before="200" w:after="100"/>
        <w:rPr>
          <w:b/>
          <w:color w:val="5B2C83"/>
          <w:sz w:val="14"/>
          <w:szCs w:val="4"/>
        </w:rPr>
      </w:pPr>
    </w:p>
    <w:p w14:paraId="6DAB0DBD" w14:textId="36452850" w:rsidR="00E92840" w:rsidRDefault="00AE39B7">
      <w:pPr>
        <w:spacing w:before="200" w:after="100"/>
      </w:pPr>
      <w:r>
        <w:rPr>
          <w:b/>
          <w:color w:val="5B2C83"/>
          <w:sz w:val="40"/>
        </w:rPr>
        <w:t>Sample Plan Starter: Connection Outing</w:t>
      </w:r>
    </w:p>
    <w:p w14:paraId="563AF622" w14:textId="74D81FBB" w:rsidR="00E92840" w:rsidRPr="006A0F65" w:rsidRDefault="00AE39B7">
      <w:pPr>
        <w:spacing w:after="120" w:line="259" w:lineRule="auto"/>
        <w:rPr>
          <w:b/>
          <w:bCs/>
          <w:sz w:val="24"/>
          <w:szCs w:val="28"/>
        </w:rPr>
      </w:pPr>
      <w:r w:rsidRPr="00137C87">
        <w:rPr>
          <w:sz w:val="24"/>
          <w:szCs w:val="28"/>
        </w:rPr>
        <w:t>Use this starter when the Town Meeting reveals that your teen needs more connection, not just more consequences.</w:t>
      </w:r>
      <w:r w:rsidR="006A0F65">
        <w:rPr>
          <w:sz w:val="24"/>
          <w:szCs w:val="28"/>
        </w:rPr>
        <w:t xml:space="preserve"> </w:t>
      </w:r>
      <w:r w:rsidR="006A0F65" w:rsidRPr="006A0F65">
        <w:rPr>
          <w:b/>
          <w:bCs/>
          <w:sz w:val="24"/>
          <w:szCs w:val="28"/>
        </w:rPr>
        <w:t>Go to Strategies 5 and 6 in your book to choose from a menu of techniques.</w:t>
      </w:r>
    </w:p>
    <w:tbl>
      <w:tblPr>
        <w:tblW w:w="0" w:type="auto"/>
        <w:jc w:val="center"/>
        <w:tblLook w:val="04A0" w:firstRow="1" w:lastRow="0" w:firstColumn="1" w:lastColumn="0" w:noHBand="0" w:noVBand="1"/>
      </w:tblPr>
      <w:tblGrid>
        <w:gridCol w:w="10424"/>
      </w:tblGrid>
      <w:tr w:rsidR="00E92840" w:rsidRPr="00137C87" w14:paraId="7B93AE00" w14:textId="77777777">
        <w:trPr>
          <w:jc w:val="center"/>
        </w:trPr>
        <w:tc>
          <w:tcPr>
            <w:tcW w:w="10454" w:type="dxa"/>
            <w:tcBorders>
              <w:top w:val="single" w:sz="12" w:space="0" w:color="E79A18"/>
              <w:left w:val="single" w:sz="12" w:space="0" w:color="E79A18"/>
              <w:bottom w:val="single" w:sz="12" w:space="0" w:color="E79A18"/>
              <w:right w:val="single" w:sz="12" w:space="0" w:color="E79A18"/>
            </w:tcBorders>
            <w:shd w:val="clear" w:color="auto" w:fill="FFF4E2"/>
          </w:tcPr>
          <w:p w14:paraId="2F01548A" w14:textId="77777777" w:rsidR="00E92840" w:rsidRPr="00137C87" w:rsidRDefault="00AE39B7">
            <w:pPr>
              <w:spacing w:after="40"/>
              <w:rPr>
                <w:sz w:val="24"/>
                <w:szCs w:val="28"/>
              </w:rPr>
            </w:pPr>
            <w:r w:rsidRPr="00137C87">
              <w:rPr>
                <w:b/>
                <w:color w:val="5B2C83"/>
                <w:sz w:val="28"/>
                <w:szCs w:val="28"/>
              </w:rPr>
              <w:t>Example from Robert’s family</w:t>
            </w:r>
          </w:p>
          <w:p w14:paraId="6114F1F8" w14:textId="77777777" w:rsidR="00E92840" w:rsidRPr="00137C87" w:rsidRDefault="00AE39B7">
            <w:pPr>
              <w:spacing w:after="0" w:line="252" w:lineRule="auto"/>
              <w:rPr>
                <w:sz w:val="24"/>
                <w:szCs w:val="28"/>
              </w:rPr>
            </w:pPr>
            <w:r w:rsidRPr="00137C87">
              <w:rPr>
                <w:sz w:val="22"/>
                <w:szCs w:val="28"/>
              </w:rPr>
              <w:t>The adults created a camping trip idea with Dad, Stepdad, Grandpa, and Robert. The goal was to help Robert feel less alone and more connected. The details were customized by the family.</w:t>
            </w:r>
          </w:p>
        </w:tc>
      </w:tr>
    </w:tbl>
    <w:p w14:paraId="6B874051" w14:textId="77777777" w:rsidR="00E92840" w:rsidRDefault="00E92840">
      <w:pPr>
        <w:spacing w:after="60" w:line="259" w:lineRule="auto"/>
      </w:pPr>
    </w:p>
    <w:tbl>
      <w:tblPr>
        <w:tblW w:w="0" w:type="auto"/>
        <w:jc w:val="center"/>
        <w:tblLook w:val="04A0" w:firstRow="1" w:lastRow="0" w:firstColumn="1" w:lastColumn="0" w:noHBand="0" w:noVBand="1"/>
      </w:tblPr>
      <w:tblGrid>
        <w:gridCol w:w="5212"/>
        <w:gridCol w:w="5226"/>
      </w:tblGrid>
      <w:tr w:rsidR="00E92840" w14:paraId="48D3E9A4"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3EBB4941" w14:textId="77777777" w:rsidR="00E92840" w:rsidRPr="00137C87" w:rsidRDefault="00AE39B7">
            <w:pPr>
              <w:spacing w:after="0" w:line="252" w:lineRule="auto"/>
              <w:rPr>
                <w:sz w:val="24"/>
                <w:szCs w:val="32"/>
              </w:rPr>
            </w:pPr>
            <w:r w:rsidRPr="00137C87">
              <w:rPr>
                <w:b/>
                <w:color w:val="0B7A7E"/>
                <w:sz w:val="24"/>
                <w:szCs w:val="32"/>
              </w:rPr>
              <w:t>Goal</w:t>
            </w:r>
          </w:p>
        </w:tc>
        <w:tc>
          <w:tcPr>
            <w:tcW w:w="5227" w:type="dxa"/>
            <w:tcBorders>
              <w:top w:val="single" w:sz="6" w:space="0" w:color="C7E8E8"/>
              <w:left w:val="single" w:sz="6" w:space="0" w:color="C7E8E8"/>
              <w:bottom w:val="single" w:sz="6" w:space="0" w:color="C7E8E8"/>
              <w:right w:val="single" w:sz="6" w:space="0" w:color="C7E8E8"/>
            </w:tcBorders>
            <w:vAlign w:val="center"/>
          </w:tcPr>
          <w:p w14:paraId="31F616C2" w14:textId="77777777" w:rsidR="00E92840" w:rsidRPr="00137C87" w:rsidRDefault="00AE39B7">
            <w:pPr>
              <w:spacing w:after="0" w:line="252" w:lineRule="auto"/>
              <w:rPr>
                <w:sz w:val="24"/>
                <w:szCs w:val="32"/>
              </w:rPr>
            </w:pPr>
            <w:r w:rsidRPr="00137C87">
              <w:rPr>
                <w:sz w:val="24"/>
                <w:szCs w:val="32"/>
              </w:rPr>
              <w:t>Help [teen name] feel supported, connected, and less alone.</w:t>
            </w:r>
          </w:p>
        </w:tc>
      </w:tr>
      <w:tr w:rsidR="00E92840" w14:paraId="2074455C"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04B71844" w14:textId="77777777" w:rsidR="00E92840" w:rsidRPr="00137C87" w:rsidRDefault="00AE39B7">
            <w:pPr>
              <w:spacing w:after="0" w:line="252" w:lineRule="auto"/>
              <w:rPr>
                <w:sz w:val="24"/>
                <w:szCs w:val="32"/>
              </w:rPr>
            </w:pPr>
            <w:r w:rsidRPr="00137C87">
              <w:rPr>
                <w:b/>
                <w:color w:val="0B7A7E"/>
                <w:sz w:val="24"/>
                <w:szCs w:val="32"/>
              </w:rPr>
              <w:t>Who is involved</w:t>
            </w:r>
          </w:p>
        </w:tc>
        <w:tc>
          <w:tcPr>
            <w:tcW w:w="5227" w:type="dxa"/>
            <w:tcBorders>
              <w:top w:val="single" w:sz="6" w:space="0" w:color="C7E8E8"/>
              <w:left w:val="single" w:sz="6" w:space="0" w:color="C7E8E8"/>
              <w:bottom w:val="single" w:sz="6" w:space="0" w:color="C7E8E8"/>
              <w:right w:val="single" w:sz="6" w:space="0" w:color="C7E8E8"/>
            </w:tcBorders>
            <w:vAlign w:val="center"/>
          </w:tcPr>
          <w:p w14:paraId="7F2A9A74" w14:textId="77777777" w:rsidR="00E92840" w:rsidRPr="00137C87" w:rsidRDefault="00AE39B7">
            <w:pPr>
              <w:spacing w:after="0" w:line="252" w:lineRule="auto"/>
              <w:rPr>
                <w:sz w:val="24"/>
                <w:szCs w:val="32"/>
              </w:rPr>
            </w:pPr>
            <w:r w:rsidRPr="00137C87">
              <w:rPr>
                <w:sz w:val="24"/>
                <w:szCs w:val="32"/>
              </w:rPr>
              <w:t>____________________________________________</w:t>
            </w:r>
          </w:p>
        </w:tc>
      </w:tr>
      <w:tr w:rsidR="00E92840" w14:paraId="598762A8"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27959F95" w14:textId="77777777" w:rsidR="00E92840" w:rsidRPr="00137C87" w:rsidRDefault="00AE39B7">
            <w:pPr>
              <w:spacing w:after="0" w:line="252" w:lineRule="auto"/>
              <w:rPr>
                <w:sz w:val="24"/>
                <w:szCs w:val="32"/>
              </w:rPr>
            </w:pPr>
            <w:r w:rsidRPr="00137C87">
              <w:rPr>
                <w:b/>
                <w:color w:val="0B7A7E"/>
                <w:sz w:val="24"/>
                <w:szCs w:val="32"/>
              </w:rPr>
              <w:t>What we will do</w:t>
            </w:r>
          </w:p>
        </w:tc>
        <w:tc>
          <w:tcPr>
            <w:tcW w:w="5227" w:type="dxa"/>
            <w:tcBorders>
              <w:top w:val="single" w:sz="6" w:space="0" w:color="C7E8E8"/>
              <w:left w:val="single" w:sz="6" w:space="0" w:color="C7E8E8"/>
              <w:bottom w:val="single" w:sz="6" w:space="0" w:color="C7E8E8"/>
              <w:right w:val="single" w:sz="6" w:space="0" w:color="C7E8E8"/>
            </w:tcBorders>
            <w:vAlign w:val="center"/>
          </w:tcPr>
          <w:p w14:paraId="3217E3B5" w14:textId="77777777" w:rsidR="00E92840" w:rsidRPr="00137C87" w:rsidRDefault="00AE39B7">
            <w:pPr>
              <w:spacing w:after="0" w:line="252" w:lineRule="auto"/>
              <w:rPr>
                <w:sz w:val="24"/>
                <w:szCs w:val="32"/>
              </w:rPr>
            </w:pPr>
            <w:r w:rsidRPr="00137C87">
              <w:rPr>
                <w:sz w:val="24"/>
                <w:szCs w:val="32"/>
              </w:rPr>
              <w:t>____________________________________________</w:t>
            </w:r>
          </w:p>
        </w:tc>
      </w:tr>
      <w:tr w:rsidR="00E92840" w14:paraId="6D9EE8DA"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39E0A0F2" w14:textId="77777777" w:rsidR="00E92840" w:rsidRPr="00137C87" w:rsidRDefault="00AE39B7">
            <w:pPr>
              <w:spacing w:after="0" w:line="252" w:lineRule="auto"/>
              <w:rPr>
                <w:sz w:val="24"/>
                <w:szCs w:val="32"/>
              </w:rPr>
            </w:pPr>
            <w:r w:rsidRPr="00137C87">
              <w:rPr>
                <w:b/>
                <w:color w:val="0B7A7E"/>
                <w:sz w:val="24"/>
                <w:szCs w:val="32"/>
              </w:rPr>
              <w:t>When</w:t>
            </w:r>
          </w:p>
        </w:tc>
        <w:tc>
          <w:tcPr>
            <w:tcW w:w="5227" w:type="dxa"/>
            <w:tcBorders>
              <w:top w:val="single" w:sz="6" w:space="0" w:color="C7E8E8"/>
              <w:left w:val="single" w:sz="6" w:space="0" w:color="C7E8E8"/>
              <w:bottom w:val="single" w:sz="6" w:space="0" w:color="C7E8E8"/>
              <w:right w:val="single" w:sz="6" w:space="0" w:color="C7E8E8"/>
            </w:tcBorders>
            <w:vAlign w:val="center"/>
          </w:tcPr>
          <w:p w14:paraId="798B3C8D" w14:textId="77777777" w:rsidR="00E92840" w:rsidRPr="00137C87" w:rsidRDefault="00AE39B7">
            <w:pPr>
              <w:spacing w:after="0" w:line="252" w:lineRule="auto"/>
              <w:rPr>
                <w:sz w:val="24"/>
                <w:szCs w:val="32"/>
              </w:rPr>
            </w:pPr>
            <w:r w:rsidRPr="00137C87">
              <w:rPr>
                <w:sz w:val="24"/>
                <w:szCs w:val="32"/>
              </w:rPr>
              <w:t>____________________________________________</w:t>
            </w:r>
          </w:p>
        </w:tc>
      </w:tr>
      <w:tr w:rsidR="00E92840" w14:paraId="03FC9E04"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0457E850" w14:textId="77777777" w:rsidR="00E92840" w:rsidRPr="00137C87" w:rsidRDefault="00AE39B7">
            <w:pPr>
              <w:spacing w:after="0" w:line="252" w:lineRule="auto"/>
              <w:rPr>
                <w:sz w:val="24"/>
                <w:szCs w:val="32"/>
              </w:rPr>
            </w:pPr>
            <w:r w:rsidRPr="00137C87">
              <w:rPr>
                <w:b/>
                <w:color w:val="0B7A7E"/>
                <w:sz w:val="24"/>
                <w:szCs w:val="32"/>
              </w:rPr>
              <w:t>Where</w:t>
            </w:r>
          </w:p>
        </w:tc>
        <w:tc>
          <w:tcPr>
            <w:tcW w:w="5227" w:type="dxa"/>
            <w:tcBorders>
              <w:top w:val="single" w:sz="6" w:space="0" w:color="C7E8E8"/>
              <w:left w:val="single" w:sz="6" w:space="0" w:color="C7E8E8"/>
              <w:bottom w:val="single" w:sz="6" w:space="0" w:color="C7E8E8"/>
              <w:right w:val="single" w:sz="6" w:space="0" w:color="C7E8E8"/>
            </w:tcBorders>
            <w:vAlign w:val="center"/>
          </w:tcPr>
          <w:p w14:paraId="3B77F4F1" w14:textId="77777777" w:rsidR="00E92840" w:rsidRPr="00137C87" w:rsidRDefault="00AE39B7">
            <w:pPr>
              <w:spacing w:after="0" w:line="252" w:lineRule="auto"/>
              <w:rPr>
                <w:sz w:val="24"/>
                <w:szCs w:val="32"/>
              </w:rPr>
            </w:pPr>
            <w:r w:rsidRPr="00137C87">
              <w:rPr>
                <w:sz w:val="24"/>
                <w:szCs w:val="32"/>
              </w:rPr>
              <w:t>____________________________________________</w:t>
            </w:r>
          </w:p>
        </w:tc>
      </w:tr>
      <w:tr w:rsidR="00E92840" w14:paraId="7A5D5BA6"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0D46B87A" w14:textId="77777777" w:rsidR="00E92840" w:rsidRPr="00137C87" w:rsidRDefault="00AE39B7">
            <w:pPr>
              <w:spacing w:after="0" w:line="252" w:lineRule="auto"/>
              <w:rPr>
                <w:sz w:val="24"/>
                <w:szCs w:val="32"/>
              </w:rPr>
            </w:pPr>
            <w:r w:rsidRPr="00137C87">
              <w:rPr>
                <w:b/>
                <w:color w:val="0B7A7E"/>
                <w:sz w:val="24"/>
                <w:szCs w:val="32"/>
              </w:rPr>
              <w:t>Each adult’s role</w:t>
            </w:r>
          </w:p>
        </w:tc>
        <w:tc>
          <w:tcPr>
            <w:tcW w:w="5227" w:type="dxa"/>
            <w:tcBorders>
              <w:top w:val="single" w:sz="6" w:space="0" w:color="C7E8E8"/>
              <w:left w:val="single" w:sz="6" w:space="0" w:color="C7E8E8"/>
              <w:bottom w:val="single" w:sz="6" w:space="0" w:color="C7E8E8"/>
              <w:right w:val="single" w:sz="6" w:space="0" w:color="C7E8E8"/>
            </w:tcBorders>
            <w:vAlign w:val="center"/>
          </w:tcPr>
          <w:p w14:paraId="6D1FDC8F" w14:textId="77777777" w:rsidR="00E92840" w:rsidRPr="00137C87" w:rsidRDefault="00AE39B7">
            <w:pPr>
              <w:spacing w:after="0" w:line="252" w:lineRule="auto"/>
              <w:rPr>
                <w:sz w:val="24"/>
                <w:szCs w:val="32"/>
              </w:rPr>
            </w:pPr>
            <w:r w:rsidRPr="00137C87">
              <w:rPr>
                <w:sz w:val="24"/>
                <w:szCs w:val="32"/>
              </w:rPr>
              <w:t>____________________________________________</w:t>
            </w:r>
          </w:p>
        </w:tc>
      </w:tr>
      <w:tr w:rsidR="00E92840" w14:paraId="7AD3042D"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6A91D953" w14:textId="77777777" w:rsidR="00E92840" w:rsidRPr="00137C87" w:rsidRDefault="00AE39B7">
            <w:pPr>
              <w:spacing w:after="0" w:line="252" w:lineRule="auto"/>
              <w:rPr>
                <w:sz w:val="24"/>
                <w:szCs w:val="32"/>
              </w:rPr>
            </w:pPr>
            <w:r w:rsidRPr="00137C87">
              <w:rPr>
                <w:b/>
                <w:color w:val="0B7A7E"/>
                <w:sz w:val="24"/>
                <w:szCs w:val="32"/>
              </w:rPr>
              <w:t>Teen’s role</w:t>
            </w:r>
          </w:p>
        </w:tc>
        <w:tc>
          <w:tcPr>
            <w:tcW w:w="5227" w:type="dxa"/>
            <w:tcBorders>
              <w:top w:val="single" w:sz="6" w:space="0" w:color="C7E8E8"/>
              <w:left w:val="single" w:sz="6" w:space="0" w:color="C7E8E8"/>
              <w:bottom w:val="single" w:sz="6" w:space="0" w:color="C7E8E8"/>
              <w:right w:val="single" w:sz="6" w:space="0" w:color="C7E8E8"/>
            </w:tcBorders>
            <w:vAlign w:val="center"/>
          </w:tcPr>
          <w:p w14:paraId="784B4640" w14:textId="77777777" w:rsidR="00E92840" w:rsidRPr="00137C87" w:rsidRDefault="00AE39B7">
            <w:pPr>
              <w:spacing w:after="0" w:line="252" w:lineRule="auto"/>
              <w:rPr>
                <w:sz w:val="24"/>
                <w:szCs w:val="32"/>
              </w:rPr>
            </w:pPr>
            <w:r w:rsidRPr="00137C87">
              <w:rPr>
                <w:sz w:val="24"/>
                <w:szCs w:val="32"/>
              </w:rPr>
              <w:t>____________________________________________</w:t>
            </w:r>
          </w:p>
        </w:tc>
      </w:tr>
      <w:tr w:rsidR="00E92840" w14:paraId="2BA95713" w14:textId="77777777">
        <w:trPr>
          <w:jc w:val="center"/>
        </w:trPr>
        <w:tc>
          <w:tcPr>
            <w:tcW w:w="5227" w:type="dxa"/>
            <w:tcBorders>
              <w:top w:val="single" w:sz="6" w:space="0" w:color="C7E8E8"/>
              <w:left w:val="single" w:sz="6" w:space="0" w:color="C7E8E8"/>
              <w:bottom w:val="single" w:sz="6" w:space="0" w:color="C7E8E8"/>
              <w:right w:val="single" w:sz="6" w:space="0" w:color="C7E8E8"/>
            </w:tcBorders>
            <w:shd w:val="clear" w:color="auto" w:fill="EAF7F7"/>
            <w:vAlign w:val="center"/>
          </w:tcPr>
          <w:p w14:paraId="0C54272A" w14:textId="77777777" w:rsidR="00E92840" w:rsidRPr="00137C87" w:rsidRDefault="00AE39B7">
            <w:pPr>
              <w:spacing w:after="0" w:line="252" w:lineRule="auto"/>
              <w:rPr>
                <w:sz w:val="24"/>
                <w:szCs w:val="32"/>
              </w:rPr>
            </w:pPr>
            <w:r w:rsidRPr="00137C87">
              <w:rPr>
                <w:b/>
                <w:color w:val="0B7A7E"/>
                <w:sz w:val="24"/>
                <w:szCs w:val="32"/>
              </w:rPr>
              <w:t>Follow-up date</w:t>
            </w:r>
          </w:p>
        </w:tc>
        <w:tc>
          <w:tcPr>
            <w:tcW w:w="5227" w:type="dxa"/>
            <w:tcBorders>
              <w:top w:val="single" w:sz="6" w:space="0" w:color="C7E8E8"/>
              <w:left w:val="single" w:sz="6" w:space="0" w:color="C7E8E8"/>
              <w:bottom w:val="single" w:sz="6" w:space="0" w:color="C7E8E8"/>
              <w:right w:val="single" w:sz="6" w:space="0" w:color="C7E8E8"/>
            </w:tcBorders>
            <w:vAlign w:val="center"/>
          </w:tcPr>
          <w:p w14:paraId="136F30A1" w14:textId="77777777" w:rsidR="00E92840" w:rsidRPr="00137C87" w:rsidRDefault="00AE39B7">
            <w:pPr>
              <w:spacing w:after="0" w:line="252" w:lineRule="auto"/>
              <w:rPr>
                <w:sz w:val="24"/>
                <w:szCs w:val="32"/>
              </w:rPr>
            </w:pPr>
            <w:r w:rsidRPr="00137C87">
              <w:rPr>
                <w:sz w:val="24"/>
                <w:szCs w:val="32"/>
              </w:rPr>
              <w:t>____________________________________________</w:t>
            </w:r>
          </w:p>
        </w:tc>
      </w:tr>
    </w:tbl>
    <w:p w14:paraId="1A7E2B6D" w14:textId="77777777" w:rsidR="00E92840" w:rsidRDefault="00AE39B7">
      <w:pPr>
        <w:spacing w:before="140" w:after="100"/>
      </w:pPr>
      <w:r>
        <w:rPr>
          <w:b/>
          <w:color w:val="0B7A7E"/>
          <w:sz w:val="28"/>
        </w:rPr>
        <w:t>Before You End Any Town Meeting</w:t>
      </w:r>
    </w:p>
    <w:p w14:paraId="7554BEEC" w14:textId="77777777" w:rsidR="00E92840" w:rsidRPr="00137C87" w:rsidRDefault="00AE39B7">
      <w:pPr>
        <w:spacing w:after="40" w:line="259" w:lineRule="auto"/>
        <w:rPr>
          <w:sz w:val="32"/>
          <w:szCs w:val="36"/>
        </w:rPr>
      </w:pPr>
      <w:r>
        <w:rPr>
          <w:sz w:val="19"/>
        </w:rPr>
        <w:t xml:space="preserve">□ </w:t>
      </w:r>
      <w:r w:rsidRPr="00137C87">
        <w:rPr>
          <w:sz w:val="28"/>
          <w:szCs w:val="36"/>
        </w:rPr>
        <w:t>The next step is clear.</w:t>
      </w:r>
    </w:p>
    <w:p w14:paraId="4F2D6B21" w14:textId="77777777" w:rsidR="00E92840" w:rsidRPr="00137C87" w:rsidRDefault="00AE39B7">
      <w:pPr>
        <w:spacing w:after="40" w:line="259" w:lineRule="auto"/>
        <w:rPr>
          <w:sz w:val="32"/>
          <w:szCs w:val="36"/>
        </w:rPr>
      </w:pPr>
      <w:r w:rsidRPr="00137C87">
        <w:rPr>
          <w:sz w:val="28"/>
          <w:szCs w:val="36"/>
        </w:rPr>
        <w:t>□ Each adult knows their role.</w:t>
      </w:r>
    </w:p>
    <w:p w14:paraId="1C73B385" w14:textId="77777777" w:rsidR="00E92840" w:rsidRPr="00137C87" w:rsidRDefault="00AE39B7">
      <w:pPr>
        <w:spacing w:after="40" w:line="259" w:lineRule="auto"/>
        <w:rPr>
          <w:sz w:val="32"/>
          <w:szCs w:val="36"/>
        </w:rPr>
      </w:pPr>
      <w:r w:rsidRPr="00137C87">
        <w:rPr>
          <w:sz w:val="28"/>
          <w:szCs w:val="36"/>
        </w:rPr>
        <w:t>□ The teen is not being blamed for adult division.</w:t>
      </w:r>
    </w:p>
    <w:p w14:paraId="1DBAC9B0" w14:textId="77777777" w:rsidR="00E92840" w:rsidRPr="00137C87" w:rsidRDefault="00AE39B7">
      <w:pPr>
        <w:spacing w:after="40" w:line="259" w:lineRule="auto"/>
        <w:rPr>
          <w:sz w:val="32"/>
          <w:szCs w:val="36"/>
        </w:rPr>
      </w:pPr>
      <w:r w:rsidRPr="00137C87">
        <w:rPr>
          <w:sz w:val="28"/>
          <w:szCs w:val="36"/>
        </w:rPr>
        <w:t>□ The plan is written down.</w:t>
      </w:r>
    </w:p>
    <w:p w14:paraId="21D82CA5" w14:textId="77777777" w:rsidR="00E92840" w:rsidRPr="00137C87" w:rsidRDefault="00AE39B7">
      <w:pPr>
        <w:spacing w:after="40" w:line="259" w:lineRule="auto"/>
        <w:rPr>
          <w:sz w:val="32"/>
          <w:szCs w:val="36"/>
        </w:rPr>
      </w:pPr>
      <w:r w:rsidRPr="00137C87">
        <w:rPr>
          <w:sz w:val="28"/>
          <w:szCs w:val="36"/>
        </w:rPr>
        <w:t>□ A follow-up meeting is scheduled.</w:t>
      </w:r>
    </w:p>
    <w:p w14:paraId="7D358942" w14:textId="77777777" w:rsidR="00E92840" w:rsidRPr="00137C87" w:rsidRDefault="00AE39B7">
      <w:pPr>
        <w:spacing w:after="40" w:line="259" w:lineRule="auto"/>
        <w:rPr>
          <w:sz w:val="28"/>
          <w:szCs w:val="36"/>
        </w:rPr>
      </w:pPr>
      <w:r w:rsidRPr="00137C87">
        <w:rPr>
          <w:sz w:val="28"/>
          <w:szCs w:val="36"/>
        </w:rPr>
        <w:t>□ Everyone knows where to find the agenda and instructions.</w:t>
      </w:r>
    </w:p>
    <w:p w14:paraId="2C884C04" w14:textId="77777777" w:rsidR="00137C87" w:rsidRPr="00137C87" w:rsidRDefault="00137C87">
      <w:pPr>
        <w:spacing w:after="40" w:line="259" w:lineRule="auto"/>
        <w:rPr>
          <w:sz w:val="24"/>
          <w:szCs w:val="28"/>
        </w:rPr>
      </w:pPr>
    </w:p>
    <w:tbl>
      <w:tblPr>
        <w:tblW w:w="0" w:type="auto"/>
        <w:jc w:val="center"/>
        <w:tblLook w:val="04A0" w:firstRow="1" w:lastRow="0" w:firstColumn="1" w:lastColumn="0" w:noHBand="0" w:noVBand="1"/>
      </w:tblPr>
      <w:tblGrid>
        <w:gridCol w:w="10424"/>
      </w:tblGrid>
      <w:tr w:rsidR="00E92840" w:rsidRPr="00137C87" w14:paraId="6378E8BC" w14:textId="77777777">
        <w:trPr>
          <w:jc w:val="center"/>
        </w:trPr>
        <w:tc>
          <w:tcPr>
            <w:tcW w:w="10454" w:type="dxa"/>
            <w:tcBorders>
              <w:top w:val="single" w:sz="12" w:space="0" w:color="5B2C83"/>
              <w:left w:val="single" w:sz="12" w:space="0" w:color="5B2C83"/>
              <w:bottom w:val="single" w:sz="12" w:space="0" w:color="5B2C83"/>
              <w:right w:val="single" w:sz="12" w:space="0" w:color="5B2C83"/>
            </w:tcBorders>
            <w:shd w:val="clear" w:color="auto" w:fill="F3EDF8"/>
          </w:tcPr>
          <w:p w14:paraId="09DFA895" w14:textId="77777777" w:rsidR="00E92840" w:rsidRPr="006A0F65" w:rsidRDefault="00AE39B7">
            <w:pPr>
              <w:spacing w:after="40"/>
              <w:rPr>
                <w:sz w:val="36"/>
                <w:szCs w:val="40"/>
              </w:rPr>
            </w:pPr>
            <w:r w:rsidRPr="006A0F65">
              <w:rPr>
                <w:b/>
                <w:color w:val="5B2C83"/>
                <w:sz w:val="40"/>
                <w:szCs w:val="40"/>
              </w:rPr>
              <w:t>Final reminder</w:t>
            </w:r>
          </w:p>
          <w:p w14:paraId="64531C7E" w14:textId="77777777" w:rsidR="00E92840" w:rsidRPr="00137C87" w:rsidRDefault="00AE39B7">
            <w:pPr>
              <w:spacing w:after="0" w:line="252" w:lineRule="auto"/>
              <w:rPr>
                <w:sz w:val="24"/>
                <w:szCs w:val="28"/>
              </w:rPr>
            </w:pPr>
            <w:r w:rsidRPr="006A0F65">
              <w:rPr>
                <w:sz w:val="32"/>
                <w:szCs w:val="40"/>
              </w:rPr>
              <w:t>A Town Meeting does not have to be perfect to help. It may feel awkward at first. What matters is that the adults stop working separately and start moving in the same direction for the teen.</w:t>
            </w:r>
          </w:p>
        </w:tc>
      </w:tr>
    </w:tbl>
    <w:p w14:paraId="308561C5" w14:textId="6C7ACF6B" w:rsidR="006A0F65" w:rsidRDefault="006A0F65">
      <w:pPr>
        <w:spacing w:after="60" w:line="259" w:lineRule="auto"/>
      </w:pPr>
    </w:p>
    <w:p w14:paraId="3E7429F1" w14:textId="77777777" w:rsidR="006A0F65" w:rsidRDefault="006A0F65">
      <w:r>
        <w:br w:type="page"/>
      </w:r>
    </w:p>
    <w:p w14:paraId="3D687C71" w14:textId="77777777" w:rsidR="00E92840" w:rsidRDefault="00E92840">
      <w:pPr>
        <w:spacing w:after="60" w:line="259" w:lineRule="auto"/>
      </w:pPr>
    </w:p>
    <w:p w14:paraId="152CD8CC" w14:textId="77777777" w:rsidR="006A0F65" w:rsidRDefault="006A0F65" w:rsidP="006A0F65">
      <w:pPr>
        <w:spacing w:before="200" w:after="80"/>
      </w:pPr>
      <w:r>
        <w:rPr>
          <w:rFonts w:ascii="Aptos Display" w:hAnsi="Aptos Display"/>
          <w:b/>
          <w:color w:val="5B2C83"/>
          <w:sz w:val="38"/>
        </w:rPr>
        <w:t>Step 5: Practice, Launch, and Follow Up</w:t>
      </w:r>
    </w:p>
    <w:p w14:paraId="7485B81D" w14:textId="77777777" w:rsidR="006A0F65" w:rsidRPr="006A0F65" w:rsidRDefault="006A0F65" w:rsidP="006A0F65">
      <w:pPr>
        <w:spacing w:before="120" w:after="80"/>
        <w:rPr>
          <w:sz w:val="32"/>
          <w:szCs w:val="36"/>
        </w:rPr>
      </w:pPr>
      <w:r w:rsidRPr="006A0F65">
        <w:rPr>
          <w:rFonts w:ascii="Aptos Display" w:hAnsi="Aptos Display"/>
          <w:b/>
          <w:color w:val="0B7A7E"/>
          <w:sz w:val="40"/>
          <w:szCs w:val="36"/>
        </w:rPr>
        <w:t>Dress Rehearsal Guide</w:t>
      </w:r>
    </w:p>
    <w:p w14:paraId="48F51E9B" w14:textId="77777777" w:rsidR="006A0F65" w:rsidRPr="006A0F65" w:rsidRDefault="006A0F65" w:rsidP="006A0F65">
      <w:pPr>
        <w:spacing w:after="100" w:line="259" w:lineRule="auto"/>
        <w:rPr>
          <w:sz w:val="32"/>
          <w:szCs w:val="36"/>
        </w:rPr>
      </w:pPr>
      <w:r w:rsidRPr="006A0F65">
        <w:rPr>
          <w:sz w:val="28"/>
          <w:szCs w:val="36"/>
        </w:rPr>
        <w:t>Plans often fail because families skip practice. Pick the two or three most important scenes and rehearse them before the plan goes live.</w:t>
      </w:r>
    </w:p>
    <w:p w14:paraId="7EA3F3B3" w14:textId="77777777" w:rsidR="006A0F65" w:rsidRPr="006A0F65" w:rsidRDefault="006A0F65" w:rsidP="006A0F65">
      <w:pPr>
        <w:spacing w:after="20" w:line="259" w:lineRule="auto"/>
        <w:rPr>
          <w:sz w:val="32"/>
          <w:szCs w:val="36"/>
        </w:rPr>
      </w:pPr>
      <w:r w:rsidRPr="006A0F65">
        <w:rPr>
          <w:sz w:val="28"/>
          <w:szCs w:val="36"/>
        </w:rPr>
        <w:t>□ Choose one likely scene: disrespect, refusal, aggression, school refusal, divide-and-conquer call, or phone conflict.</w:t>
      </w:r>
    </w:p>
    <w:p w14:paraId="72C92099" w14:textId="77777777" w:rsidR="006A0F65" w:rsidRPr="006A0F65" w:rsidRDefault="006A0F65" w:rsidP="006A0F65">
      <w:pPr>
        <w:spacing w:after="20" w:line="259" w:lineRule="auto"/>
        <w:rPr>
          <w:sz w:val="32"/>
          <w:szCs w:val="36"/>
        </w:rPr>
      </w:pPr>
      <w:r w:rsidRPr="006A0F65">
        <w:rPr>
          <w:sz w:val="28"/>
          <w:szCs w:val="36"/>
        </w:rPr>
        <w:t>□ Assign roles: parent, teen, grandparent, counselor, neighbor, or other villager.</w:t>
      </w:r>
    </w:p>
    <w:p w14:paraId="28F4701D" w14:textId="77777777" w:rsidR="006A0F65" w:rsidRPr="006A0F65" w:rsidRDefault="006A0F65" w:rsidP="006A0F65">
      <w:pPr>
        <w:spacing w:after="20" w:line="259" w:lineRule="auto"/>
        <w:rPr>
          <w:sz w:val="32"/>
          <w:szCs w:val="36"/>
        </w:rPr>
      </w:pPr>
      <w:r w:rsidRPr="006A0F65">
        <w:rPr>
          <w:sz w:val="28"/>
          <w:szCs w:val="36"/>
        </w:rPr>
        <w:t>□ Practice the scene. Keep it calm, short, and realistic.</w:t>
      </w:r>
    </w:p>
    <w:p w14:paraId="447DDCFB" w14:textId="77777777" w:rsidR="006A0F65" w:rsidRPr="006A0F65" w:rsidRDefault="006A0F65" w:rsidP="006A0F65">
      <w:pPr>
        <w:spacing w:after="20" w:line="259" w:lineRule="auto"/>
        <w:rPr>
          <w:sz w:val="32"/>
          <w:szCs w:val="36"/>
        </w:rPr>
      </w:pPr>
      <w:r w:rsidRPr="006A0F65">
        <w:rPr>
          <w:sz w:val="28"/>
          <w:szCs w:val="36"/>
        </w:rPr>
        <w:t>□ Say "freeze" and ask: What worked? What needs adjusting?</w:t>
      </w:r>
    </w:p>
    <w:p w14:paraId="2B9357DC" w14:textId="77777777" w:rsidR="006A0F65" w:rsidRPr="006A0F65" w:rsidRDefault="006A0F65" w:rsidP="006A0F65">
      <w:pPr>
        <w:spacing w:after="20" w:line="259" w:lineRule="auto"/>
        <w:rPr>
          <w:sz w:val="32"/>
          <w:szCs w:val="36"/>
        </w:rPr>
      </w:pPr>
      <w:r w:rsidRPr="006A0F65">
        <w:rPr>
          <w:sz w:val="28"/>
          <w:szCs w:val="36"/>
        </w:rPr>
        <w:t>□ Practice again with the correction.</w:t>
      </w:r>
    </w:p>
    <w:p w14:paraId="4E9E621F" w14:textId="77777777" w:rsidR="006A0F65" w:rsidRPr="006A0F65" w:rsidRDefault="006A0F65" w:rsidP="006A0F65">
      <w:pPr>
        <w:spacing w:after="20" w:line="259" w:lineRule="auto"/>
        <w:rPr>
          <w:sz w:val="32"/>
          <w:szCs w:val="36"/>
        </w:rPr>
      </w:pPr>
      <w:r w:rsidRPr="006A0F65">
        <w:rPr>
          <w:sz w:val="28"/>
          <w:szCs w:val="36"/>
        </w:rPr>
        <w:t>□ If appropriate, bring your teen in and present the plan as a united team.</w:t>
      </w:r>
    </w:p>
    <w:p w14:paraId="2D2718E1" w14:textId="77777777" w:rsidR="006A0F65" w:rsidRPr="006A0F65" w:rsidRDefault="006A0F65" w:rsidP="006A0F65">
      <w:pPr>
        <w:spacing w:before="120" w:after="80"/>
        <w:rPr>
          <w:sz w:val="32"/>
          <w:szCs w:val="36"/>
        </w:rPr>
      </w:pPr>
      <w:r w:rsidRPr="006A0F65">
        <w:rPr>
          <w:rFonts w:ascii="Aptos Display" w:hAnsi="Aptos Display"/>
          <w:b/>
          <w:color w:val="0B7A7E"/>
          <w:sz w:val="40"/>
          <w:szCs w:val="36"/>
        </w:rPr>
        <w:t>Before You End Any Town Meeting</w:t>
      </w:r>
    </w:p>
    <w:p w14:paraId="4FF22C81" w14:textId="77777777" w:rsidR="006A0F65" w:rsidRPr="006A0F65" w:rsidRDefault="006A0F65" w:rsidP="006A0F65">
      <w:pPr>
        <w:spacing w:after="20" w:line="259" w:lineRule="auto"/>
        <w:rPr>
          <w:sz w:val="32"/>
          <w:szCs w:val="36"/>
        </w:rPr>
      </w:pPr>
      <w:r w:rsidRPr="006A0F65">
        <w:rPr>
          <w:sz w:val="28"/>
          <w:szCs w:val="36"/>
        </w:rPr>
        <w:t>□ The next step is clear.</w:t>
      </w:r>
    </w:p>
    <w:p w14:paraId="18A2369E" w14:textId="77777777" w:rsidR="006A0F65" w:rsidRPr="006A0F65" w:rsidRDefault="006A0F65" w:rsidP="006A0F65">
      <w:pPr>
        <w:spacing w:after="20" w:line="259" w:lineRule="auto"/>
        <w:rPr>
          <w:sz w:val="32"/>
          <w:szCs w:val="36"/>
        </w:rPr>
      </w:pPr>
      <w:r w:rsidRPr="006A0F65">
        <w:rPr>
          <w:sz w:val="28"/>
          <w:szCs w:val="36"/>
        </w:rPr>
        <w:t>□ Each adult knows their role.</w:t>
      </w:r>
    </w:p>
    <w:p w14:paraId="22161880" w14:textId="77777777" w:rsidR="006A0F65" w:rsidRPr="006A0F65" w:rsidRDefault="006A0F65" w:rsidP="006A0F65">
      <w:pPr>
        <w:spacing w:after="20" w:line="259" w:lineRule="auto"/>
        <w:rPr>
          <w:sz w:val="32"/>
          <w:szCs w:val="36"/>
        </w:rPr>
      </w:pPr>
      <w:r w:rsidRPr="006A0F65">
        <w:rPr>
          <w:sz w:val="28"/>
          <w:szCs w:val="36"/>
        </w:rPr>
        <w:t>□ The plan is written down.</w:t>
      </w:r>
    </w:p>
    <w:p w14:paraId="44B6BCD1" w14:textId="77777777" w:rsidR="006A0F65" w:rsidRPr="006A0F65" w:rsidRDefault="006A0F65" w:rsidP="006A0F65">
      <w:pPr>
        <w:spacing w:after="20" w:line="259" w:lineRule="auto"/>
        <w:rPr>
          <w:sz w:val="32"/>
          <w:szCs w:val="36"/>
        </w:rPr>
      </w:pPr>
      <w:r w:rsidRPr="006A0F65">
        <w:rPr>
          <w:sz w:val="28"/>
          <w:szCs w:val="36"/>
        </w:rPr>
        <w:t>□ Loopholes have been checked.</w:t>
      </w:r>
    </w:p>
    <w:p w14:paraId="3176815B" w14:textId="77777777" w:rsidR="006A0F65" w:rsidRPr="006A0F65" w:rsidRDefault="006A0F65" w:rsidP="006A0F65">
      <w:pPr>
        <w:spacing w:after="20" w:line="259" w:lineRule="auto"/>
        <w:rPr>
          <w:sz w:val="32"/>
          <w:szCs w:val="36"/>
        </w:rPr>
      </w:pPr>
      <w:r w:rsidRPr="006A0F65">
        <w:rPr>
          <w:sz w:val="28"/>
          <w:szCs w:val="36"/>
        </w:rPr>
        <w:t>□ Follow-up is scheduled.</w:t>
      </w:r>
    </w:p>
    <w:p w14:paraId="2A4D5B53" w14:textId="77777777" w:rsidR="006A0F65" w:rsidRDefault="006A0F65" w:rsidP="006A0F65">
      <w:pPr>
        <w:spacing w:after="20" w:line="259" w:lineRule="auto"/>
        <w:rPr>
          <w:sz w:val="28"/>
          <w:szCs w:val="36"/>
        </w:rPr>
      </w:pPr>
      <w:r w:rsidRPr="006A0F65">
        <w:rPr>
          <w:sz w:val="28"/>
          <w:szCs w:val="36"/>
        </w:rPr>
        <w:t>□ The teen is not being blamed for adult division.</w:t>
      </w:r>
    </w:p>
    <w:p w14:paraId="24545901" w14:textId="77777777" w:rsidR="006A0F65" w:rsidRPr="006A0F65" w:rsidRDefault="006A0F65" w:rsidP="006A0F65">
      <w:pPr>
        <w:spacing w:after="20" w:line="259" w:lineRule="auto"/>
        <w:rPr>
          <w:sz w:val="32"/>
          <w:szCs w:val="36"/>
        </w:rPr>
      </w:pPr>
    </w:p>
    <w:tbl>
      <w:tblPr>
        <w:tblW w:w="0" w:type="auto"/>
        <w:jc w:val="center"/>
        <w:tblLook w:val="04A0" w:firstRow="1" w:lastRow="0" w:firstColumn="1" w:lastColumn="0" w:noHBand="0" w:noVBand="1"/>
      </w:tblPr>
      <w:tblGrid>
        <w:gridCol w:w="10424"/>
      </w:tblGrid>
      <w:tr w:rsidR="006A0F65" w:rsidRPr="006A0F65" w14:paraId="3727A0F2" w14:textId="77777777" w:rsidTr="002F6060">
        <w:trPr>
          <w:jc w:val="center"/>
        </w:trPr>
        <w:tc>
          <w:tcPr>
            <w:tcW w:w="10454" w:type="dxa"/>
            <w:tcBorders>
              <w:top w:val="single" w:sz="12" w:space="0" w:color="5B2C83"/>
              <w:left w:val="single" w:sz="12" w:space="0" w:color="5B2C83"/>
              <w:bottom w:val="single" w:sz="12" w:space="0" w:color="5B2C83"/>
              <w:right w:val="single" w:sz="12" w:space="0" w:color="5B2C83"/>
            </w:tcBorders>
            <w:shd w:val="clear" w:color="auto" w:fill="F3EDF8"/>
            <w:tcMar>
              <w:top w:w="150" w:type="dxa"/>
              <w:left w:w="170" w:type="dxa"/>
              <w:bottom w:w="150" w:type="dxa"/>
              <w:right w:w="170" w:type="dxa"/>
            </w:tcMar>
            <w:vAlign w:val="center"/>
          </w:tcPr>
          <w:p w14:paraId="74B53BC4" w14:textId="77777777" w:rsidR="006A0F65" w:rsidRPr="006A0F65" w:rsidRDefault="006A0F65" w:rsidP="002F6060">
            <w:pPr>
              <w:spacing w:after="40" w:line="252" w:lineRule="auto"/>
              <w:rPr>
                <w:sz w:val="32"/>
                <w:szCs w:val="36"/>
              </w:rPr>
            </w:pPr>
            <w:r w:rsidRPr="006A0F65">
              <w:rPr>
                <w:b/>
                <w:color w:val="5B2C83"/>
                <w:sz w:val="36"/>
                <w:szCs w:val="36"/>
              </w:rPr>
              <w:t>Final reminder</w:t>
            </w:r>
          </w:p>
          <w:p w14:paraId="67C2CC61" w14:textId="77777777" w:rsidR="006A0F65" w:rsidRPr="006A0F65" w:rsidRDefault="006A0F65" w:rsidP="002F6060">
            <w:pPr>
              <w:spacing w:after="0" w:line="259" w:lineRule="auto"/>
              <w:rPr>
                <w:sz w:val="32"/>
                <w:szCs w:val="36"/>
              </w:rPr>
            </w:pPr>
            <w:r w:rsidRPr="006A0F65">
              <w:rPr>
                <w:sz w:val="28"/>
                <w:szCs w:val="36"/>
              </w:rPr>
              <w:t>A Town Meeting does not have to be perfect to help. It may feel awkward. Someone may get emotional. That is normal. What matters is that the adults stop working separately and begin moving in the same direction for the teen.</w:t>
            </w:r>
          </w:p>
        </w:tc>
      </w:tr>
    </w:tbl>
    <w:p w14:paraId="0656397C" w14:textId="77777777" w:rsidR="006A0F65" w:rsidRPr="006A0F65" w:rsidRDefault="006A0F65" w:rsidP="006A0F65">
      <w:pPr>
        <w:spacing w:after="40" w:line="259" w:lineRule="auto"/>
        <w:rPr>
          <w:sz w:val="32"/>
          <w:szCs w:val="36"/>
        </w:rPr>
      </w:pPr>
    </w:p>
    <w:tbl>
      <w:tblPr>
        <w:tblW w:w="0" w:type="auto"/>
        <w:jc w:val="center"/>
        <w:tblLook w:val="04A0" w:firstRow="1" w:lastRow="0" w:firstColumn="1" w:lastColumn="0" w:noHBand="0" w:noVBand="1"/>
      </w:tblPr>
      <w:tblGrid>
        <w:gridCol w:w="10424"/>
      </w:tblGrid>
      <w:tr w:rsidR="006A0F65" w:rsidRPr="006A0F65" w14:paraId="0C305CD1" w14:textId="77777777" w:rsidTr="002F6060">
        <w:trPr>
          <w:jc w:val="center"/>
        </w:trPr>
        <w:tc>
          <w:tcPr>
            <w:tcW w:w="10454" w:type="dxa"/>
            <w:tcBorders>
              <w:top w:val="single" w:sz="12" w:space="0" w:color="0B7A7E"/>
              <w:left w:val="single" w:sz="12" w:space="0" w:color="0B7A7E"/>
              <w:bottom w:val="single" w:sz="12" w:space="0" w:color="0B7A7E"/>
              <w:right w:val="single" w:sz="12" w:space="0" w:color="0B7A7E"/>
            </w:tcBorders>
            <w:shd w:val="clear" w:color="auto" w:fill="EAF7F7"/>
            <w:tcMar>
              <w:top w:w="150" w:type="dxa"/>
              <w:left w:w="170" w:type="dxa"/>
              <w:bottom w:w="150" w:type="dxa"/>
              <w:right w:w="170" w:type="dxa"/>
            </w:tcMar>
            <w:vAlign w:val="center"/>
          </w:tcPr>
          <w:p w14:paraId="34E80E28" w14:textId="77777777" w:rsidR="006A0F65" w:rsidRPr="006A0F65" w:rsidRDefault="006A0F65" w:rsidP="002F6060">
            <w:pPr>
              <w:spacing w:after="40" w:line="252" w:lineRule="auto"/>
              <w:rPr>
                <w:sz w:val="32"/>
                <w:szCs w:val="36"/>
              </w:rPr>
            </w:pPr>
            <w:r w:rsidRPr="006A0F65">
              <w:rPr>
                <w:b/>
                <w:color w:val="5B2C83"/>
                <w:sz w:val="36"/>
                <w:szCs w:val="36"/>
              </w:rPr>
              <w:t>Want to go deeper?</w:t>
            </w:r>
          </w:p>
          <w:p w14:paraId="4573F2A4" w14:textId="52E750A1" w:rsidR="006A0F65" w:rsidRPr="006A0F65" w:rsidRDefault="006A0F65" w:rsidP="002F6060">
            <w:pPr>
              <w:spacing w:after="0" w:line="259" w:lineRule="auto"/>
              <w:rPr>
                <w:sz w:val="32"/>
                <w:szCs w:val="36"/>
              </w:rPr>
            </w:pPr>
            <w:r w:rsidRPr="006A0F65">
              <w:rPr>
                <w:sz w:val="28"/>
                <w:szCs w:val="36"/>
              </w:rPr>
              <w:t xml:space="preserve">Read Strategy 3: It Takes a Village in Parenting Your Out-of-Control Teenager. </w:t>
            </w:r>
          </w:p>
        </w:tc>
      </w:tr>
    </w:tbl>
    <w:p w14:paraId="36656C3B" w14:textId="77777777" w:rsidR="006A0F65" w:rsidRDefault="006A0F65" w:rsidP="006A0F65">
      <w:pPr>
        <w:spacing w:after="40" w:line="259" w:lineRule="auto"/>
      </w:pPr>
    </w:p>
    <w:p w14:paraId="22118520" w14:textId="77777777" w:rsidR="006A0F65" w:rsidRDefault="006A0F65">
      <w:pPr>
        <w:spacing w:after="60" w:line="259" w:lineRule="auto"/>
      </w:pPr>
    </w:p>
    <w:sectPr w:rsidR="006A0F65" w:rsidSect="00034616">
      <w:headerReference w:type="default" r:id="rId10"/>
      <w:footerReference w:type="default" r:id="rId11"/>
      <w:pgSz w:w="12240" w:h="15840"/>
      <w:pgMar w:top="792"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2472" w14:textId="77777777" w:rsidR="00AE39B7" w:rsidRDefault="00AE39B7">
      <w:pPr>
        <w:spacing w:after="0" w:line="240" w:lineRule="auto"/>
      </w:pPr>
      <w:r>
        <w:separator/>
      </w:r>
    </w:p>
  </w:endnote>
  <w:endnote w:type="continuationSeparator" w:id="0">
    <w:p w14:paraId="21F7310A" w14:textId="77777777" w:rsidR="00AE39B7" w:rsidRDefault="00AE3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BD23" w14:textId="10BBB525" w:rsidR="00E92840" w:rsidRDefault="00AE39B7">
    <w:pPr>
      <w:pStyle w:val="Footer"/>
      <w:jc w:val="center"/>
    </w:pPr>
    <w:r>
      <w:rPr>
        <w:color w:val="666666"/>
        <w:sz w:val="16"/>
      </w:rPr>
      <w:t xml:space="preserve">Use with Strategy 3 in Parenting Your Out-of-Control Teenager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4CBC" w14:textId="77777777" w:rsidR="00AE39B7" w:rsidRDefault="00AE39B7">
      <w:pPr>
        <w:spacing w:after="0" w:line="240" w:lineRule="auto"/>
      </w:pPr>
      <w:r>
        <w:separator/>
      </w:r>
    </w:p>
  </w:footnote>
  <w:footnote w:type="continuationSeparator" w:id="0">
    <w:p w14:paraId="33BE7DA4" w14:textId="77777777" w:rsidR="00AE39B7" w:rsidRDefault="00AE3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61F7" w14:textId="5DEAE15B" w:rsidR="00E92840" w:rsidRDefault="00766F00">
    <w:pPr>
      <w:pStyle w:val="Header"/>
      <w:jc w:val="center"/>
    </w:pPr>
    <w:r>
      <w:rPr>
        <w:b/>
        <w:color w:val="0B7A7E"/>
        <w:sz w:val="16"/>
      </w:rPr>
      <w:t xml:space="preserve">                                            </w:t>
    </w:r>
    <w:r w:rsidR="00AE39B7">
      <w:rPr>
        <w:b/>
        <w:color w:val="0B7A7E"/>
        <w:sz w:val="16"/>
      </w:rPr>
      <w:t>Parenting Your Extreme Teen | Bonus Tool | Town Meeting Agendas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8750920">
    <w:abstractNumId w:val="8"/>
  </w:num>
  <w:num w:numId="2" w16cid:durableId="510418876">
    <w:abstractNumId w:val="6"/>
  </w:num>
  <w:num w:numId="3" w16cid:durableId="1771315858">
    <w:abstractNumId w:val="5"/>
  </w:num>
  <w:num w:numId="4" w16cid:durableId="1769891646">
    <w:abstractNumId w:val="4"/>
  </w:num>
  <w:num w:numId="5" w16cid:durableId="1787700845">
    <w:abstractNumId w:val="7"/>
  </w:num>
  <w:num w:numId="6" w16cid:durableId="1815365639">
    <w:abstractNumId w:val="3"/>
  </w:num>
  <w:num w:numId="7" w16cid:durableId="1228032431">
    <w:abstractNumId w:val="2"/>
  </w:num>
  <w:num w:numId="8" w16cid:durableId="1774977994">
    <w:abstractNumId w:val="1"/>
  </w:num>
  <w:num w:numId="9" w16cid:durableId="42391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2BE4"/>
    <w:rsid w:val="00137C87"/>
    <w:rsid w:val="0015074B"/>
    <w:rsid w:val="00213343"/>
    <w:rsid w:val="0029639D"/>
    <w:rsid w:val="00326F90"/>
    <w:rsid w:val="006A0F65"/>
    <w:rsid w:val="00766F00"/>
    <w:rsid w:val="00AA1D8D"/>
    <w:rsid w:val="00AE39B7"/>
    <w:rsid w:val="00B47730"/>
    <w:rsid w:val="00CB0664"/>
    <w:rsid w:val="00E928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10BF8A"/>
  <w14:defaultImageDpi w14:val="300"/>
  <w15:docId w15:val="{9671F8B4-7490-4BCB-AEBA-71B162C5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18323A"/>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1690</Words>
  <Characters>9637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Scott P. Sells, Ph.D.</cp:lastModifiedBy>
  <cp:revision>3</cp:revision>
  <dcterms:created xsi:type="dcterms:W3CDTF">2026-07-21T22:53:00Z</dcterms:created>
  <dcterms:modified xsi:type="dcterms:W3CDTF">2026-07-21T22:57:00Z</dcterms:modified>
  <cp:category/>
</cp:coreProperties>
</file>